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28523" w14:textId="0F7EB956" w:rsidR="00E014E6" w:rsidRPr="009F5055" w:rsidRDefault="00E014E6" w:rsidP="00E014E6">
      <w:pPr>
        <w:jc w:val="center"/>
        <w:rPr>
          <w:rFonts w:ascii="TH SarabunPSK" w:hAnsi="TH SarabunPSK" w:cs="TH SarabunPSK"/>
          <w:b/>
          <w:bCs/>
          <w:noProof/>
          <w:szCs w:val="32"/>
        </w:rPr>
      </w:pPr>
      <w:r w:rsidRPr="009F5055">
        <w:rPr>
          <w:rFonts w:ascii="TH SarabunPSK" w:hAnsi="TH SarabunPSK" w:cs="TH SarabunPSK"/>
          <w:noProof/>
          <w:szCs w:val="32"/>
        </w:rPr>
        <w:drawing>
          <wp:anchor distT="0" distB="0" distL="114300" distR="114300" simplePos="0" relativeHeight="251657216" behindDoc="0" locked="0" layoutInCell="1" allowOverlap="1" wp14:anchorId="1B2F8D12" wp14:editId="7050C486">
            <wp:simplePos x="0" y="0"/>
            <wp:positionH relativeFrom="column">
              <wp:posOffset>2720340</wp:posOffset>
            </wp:positionH>
            <wp:positionV relativeFrom="paragraph">
              <wp:posOffset>-131445</wp:posOffset>
            </wp:positionV>
            <wp:extent cx="812165" cy="809674"/>
            <wp:effectExtent l="0" t="0" r="6985" b="9525"/>
            <wp:wrapNone/>
            <wp:docPr id="148151511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515112" name="รูปภาพ 148151511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12165" cy="8096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02CD96" w14:textId="77777777" w:rsidR="00E014E6" w:rsidRPr="009F5055" w:rsidRDefault="00E014E6" w:rsidP="00E014E6">
      <w:pPr>
        <w:spacing w:line="240" w:lineRule="auto"/>
        <w:jc w:val="center"/>
        <w:rPr>
          <w:rFonts w:ascii="TH SarabunPSK" w:hAnsi="TH SarabunPSK" w:cs="TH SarabunPSK"/>
          <w:b/>
          <w:bCs/>
          <w:noProof/>
          <w:sz w:val="16"/>
          <w:szCs w:val="16"/>
        </w:rPr>
      </w:pPr>
    </w:p>
    <w:p w14:paraId="52019736" w14:textId="64A54988" w:rsidR="001C69B2" w:rsidRPr="009F5055" w:rsidRDefault="00000000" w:rsidP="00E014E6">
      <w:pPr>
        <w:spacing w:line="240" w:lineRule="auto"/>
        <w:jc w:val="center"/>
        <w:rPr>
          <w:rFonts w:ascii="TH SarabunPSK" w:hAnsi="TH SarabunPSK" w:cs="TH SarabunPSK"/>
          <w:noProof/>
          <w:szCs w:val="32"/>
        </w:rPr>
      </w:pPr>
      <w:r w:rsidRPr="009F5055">
        <w:rPr>
          <w:rFonts w:ascii="TH SarabunPSK" w:hAnsi="TH SarabunPSK" w:cs="TH SarabunPSK"/>
          <w:b/>
          <w:bCs/>
          <w:noProof/>
          <w:szCs w:val="32"/>
        </w:rPr>
        <w:t>แบบสอบถามการรับฟังความคิดเห็นของประชาชนในพื้นที่เทศบาล</w:t>
      </w:r>
      <w:r w:rsidR="00DA04F2" w:rsidRPr="009F5055">
        <w:rPr>
          <w:rFonts w:ascii="TH SarabunPSK" w:hAnsi="TH SarabunPSK" w:cs="TH SarabunPSK"/>
          <w:b/>
          <w:bCs/>
          <w:noProof/>
          <w:szCs w:val="32"/>
          <w:cs/>
          <w:lang w:bidi="th-TH"/>
        </w:rPr>
        <w:t>ตำบลป่าสังข์</w:t>
      </w:r>
    </w:p>
    <w:p w14:paraId="2212C9FC" w14:textId="6F520435" w:rsidR="001C69B2" w:rsidRPr="009F5055" w:rsidRDefault="00000000" w:rsidP="00E014E6">
      <w:pPr>
        <w:spacing w:after="0" w:line="240" w:lineRule="auto"/>
        <w:jc w:val="center"/>
        <w:rPr>
          <w:rFonts w:ascii="TH SarabunPSK" w:hAnsi="TH SarabunPSK" w:cs="TH SarabunPSK"/>
          <w:b/>
          <w:bCs/>
          <w:noProof/>
          <w:szCs w:val="32"/>
          <w:cs/>
          <w:lang w:bidi="th-TH"/>
        </w:rPr>
      </w:pPr>
      <w:r w:rsidRPr="009F5055">
        <w:rPr>
          <w:rFonts w:ascii="TH SarabunPSK" w:hAnsi="TH SarabunPSK" w:cs="TH SarabunPSK"/>
          <w:b/>
          <w:bCs/>
          <w:noProof/>
          <w:szCs w:val="32"/>
        </w:rPr>
        <w:t>อำเภอ</w:t>
      </w:r>
      <w:r w:rsidR="00DA04F2" w:rsidRPr="009F5055">
        <w:rPr>
          <w:rFonts w:ascii="TH SarabunPSK" w:hAnsi="TH SarabunPSK" w:cs="TH SarabunPSK"/>
          <w:b/>
          <w:bCs/>
          <w:noProof/>
          <w:szCs w:val="32"/>
          <w:cs/>
          <w:lang w:bidi="th-TH"/>
        </w:rPr>
        <w:t>จตุรพักตรพิมาน จังหวัดร้อยเอ็ด</w:t>
      </w:r>
    </w:p>
    <w:p w14:paraId="45DB9A72" w14:textId="482B462A" w:rsidR="001C69B2" w:rsidRPr="009F5055" w:rsidRDefault="00000000" w:rsidP="00E014E6">
      <w:pPr>
        <w:spacing w:after="0" w:line="240" w:lineRule="auto"/>
        <w:jc w:val="center"/>
        <w:rPr>
          <w:rFonts w:ascii="TH SarabunPSK" w:hAnsi="TH SarabunPSK" w:cs="TH SarabunPSK"/>
          <w:b/>
          <w:bCs/>
          <w:noProof/>
          <w:szCs w:val="32"/>
        </w:rPr>
      </w:pPr>
      <w:r w:rsidRPr="009F5055">
        <w:rPr>
          <w:rFonts w:ascii="TH SarabunPSK" w:hAnsi="TH SarabunPSK" w:cs="TH SarabunPSK"/>
          <w:b/>
          <w:bCs/>
          <w:noProof/>
          <w:szCs w:val="32"/>
        </w:rPr>
        <w:t>เกี่ยวกับร่างเทศบัญญัติเทศบาล</w:t>
      </w:r>
      <w:r w:rsidR="00DA04F2" w:rsidRPr="009F5055">
        <w:rPr>
          <w:rFonts w:ascii="TH SarabunPSK" w:hAnsi="TH SarabunPSK" w:cs="TH SarabunPSK"/>
          <w:b/>
          <w:bCs/>
          <w:noProof/>
          <w:szCs w:val="32"/>
          <w:cs/>
          <w:lang w:bidi="th-TH"/>
        </w:rPr>
        <w:t>ตำบลป่าสังข์</w:t>
      </w:r>
      <w:r w:rsidRPr="009F5055">
        <w:rPr>
          <w:rFonts w:ascii="TH SarabunPSK" w:hAnsi="TH SarabunPSK" w:cs="TH SarabunPSK"/>
          <w:b/>
          <w:bCs/>
          <w:noProof/>
          <w:szCs w:val="32"/>
        </w:rPr>
        <w:t xml:space="preserve"> ตามพระราชบัญญัติการสาธารณสุข พ.ศ. 2535 และที่แก้ไขเพิ่มเติม</w:t>
      </w:r>
    </w:p>
    <w:p w14:paraId="14C0CF59" w14:textId="77777777" w:rsidR="001C69B2" w:rsidRPr="009F5055" w:rsidRDefault="00000000">
      <w:pPr>
        <w:spacing w:before="40" w:after="40"/>
        <w:rPr>
          <w:rFonts w:ascii="TH SarabunPSK" w:hAnsi="TH SarabunPSK" w:cs="TH SarabunPSK"/>
          <w:b/>
          <w:bCs/>
          <w:noProof/>
          <w:szCs w:val="32"/>
        </w:rPr>
      </w:pPr>
      <w:r w:rsidRPr="009F5055">
        <w:rPr>
          <w:rFonts w:ascii="TH SarabunPSK" w:hAnsi="TH SarabunPSK" w:cs="TH SarabunPSK"/>
          <w:b/>
          <w:bCs/>
          <w:noProof/>
          <w:szCs w:val="32"/>
        </w:rPr>
        <w:t>คำชี้แจง: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758"/>
      </w:tblGrid>
      <w:tr w:rsidR="001C69B2" w:rsidRPr="009F5055" w14:paraId="14567A12" w14:textId="77777777" w:rsidTr="00DA04F2">
        <w:tc>
          <w:tcPr>
            <w:tcW w:w="9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C13249" w14:textId="3C837AF0" w:rsidR="00DA04F2" w:rsidRPr="009F5055" w:rsidRDefault="00807001" w:rsidP="00807001">
            <w:pPr>
              <w:spacing w:after="20" w:line="240" w:lineRule="auto"/>
              <w:jc w:val="both"/>
              <w:rPr>
                <w:rFonts w:ascii="TH SarabunPSK" w:hAnsi="TH SarabunPSK" w:cs="TH SarabunPSK"/>
                <w:noProof/>
                <w:szCs w:val="32"/>
              </w:rPr>
            </w:pPr>
            <w:r w:rsidRPr="009F5055">
              <w:rPr>
                <w:rFonts w:ascii="TH SarabunPSK" w:hAnsi="TH SarabunPSK" w:cs="TH SarabunPSK"/>
                <w:noProof/>
                <w:szCs w:val="32"/>
              </w:rPr>
              <w:t>1.</w:t>
            </w:r>
            <w:r w:rsidRPr="009F5055">
              <w:rPr>
                <w:rFonts w:ascii="TH SarabunPSK" w:hAnsi="TH SarabunPSK" w:cs="TH SarabunPSK"/>
                <w:noProof/>
                <w:color w:val="FFFFFF" w:themeColor="background1"/>
                <w:szCs w:val="32"/>
              </w:rPr>
              <w:t>.</w:t>
            </w:r>
            <w:r w:rsidRPr="009F5055">
              <w:rPr>
                <w:rFonts w:ascii="TH SarabunPSK" w:hAnsi="TH SarabunPSK" w:cs="TH SarabunPSK"/>
                <w:noProof/>
                <w:szCs w:val="32"/>
              </w:rPr>
              <w:t>แบบสอบถามนี้จัดทำขึ้นเพื่อรับฟังความคิดเห็นของประชาชนและการมีส่วนร่วมของประชาชนตามระเบียบสำนัก</w:t>
            </w:r>
          </w:p>
          <w:p w14:paraId="0D206587" w14:textId="77777777" w:rsidR="00DA04F2" w:rsidRPr="009F5055" w:rsidRDefault="00000000" w:rsidP="00B55339">
            <w:pPr>
              <w:spacing w:after="20" w:line="240" w:lineRule="auto"/>
              <w:jc w:val="both"/>
              <w:rPr>
                <w:rFonts w:ascii="TH SarabunPSK" w:hAnsi="TH SarabunPSK" w:cs="TH SarabunPSK"/>
                <w:noProof/>
                <w:szCs w:val="32"/>
              </w:rPr>
            </w:pPr>
            <w:r w:rsidRPr="009F5055">
              <w:rPr>
                <w:rFonts w:ascii="TH SarabunPSK" w:hAnsi="TH SarabunPSK" w:cs="TH SarabunPSK"/>
                <w:noProof/>
                <w:szCs w:val="32"/>
              </w:rPr>
              <w:t>นายกรัฐมนตรี</w:t>
            </w:r>
            <w:r w:rsidR="00DA04F2" w:rsidRPr="009F5055">
              <w:rPr>
                <w:rFonts w:ascii="TH SarabunPSK" w:hAnsi="TH SarabunPSK" w:cs="TH SarabunPSK"/>
                <w:noProof/>
                <w:szCs w:val="32"/>
              </w:rPr>
              <w:t xml:space="preserve"> </w:t>
            </w:r>
            <w:r w:rsidRPr="009F5055">
              <w:rPr>
                <w:rFonts w:ascii="TH SarabunPSK" w:hAnsi="TH SarabunPSK" w:cs="TH SarabunPSK"/>
                <w:noProof/>
                <w:szCs w:val="32"/>
              </w:rPr>
              <w:t>ว่าด้วยการรับฟังความคิดเห็นของประชาชน</w:t>
            </w:r>
            <w:r w:rsidR="00DA04F2" w:rsidRPr="009F5055">
              <w:rPr>
                <w:rFonts w:ascii="TH SarabunPSK" w:hAnsi="TH SarabunPSK" w:cs="TH SarabunPSK"/>
                <w:noProof/>
                <w:szCs w:val="32"/>
              </w:rPr>
              <w:t xml:space="preserve"> </w:t>
            </w:r>
            <w:r w:rsidRPr="009F5055">
              <w:rPr>
                <w:rFonts w:ascii="TH SarabunPSK" w:hAnsi="TH SarabunPSK" w:cs="TH SarabunPSK"/>
                <w:noProof/>
                <w:szCs w:val="32"/>
              </w:rPr>
              <w:t>พ.ศ.</w:t>
            </w:r>
            <w:r w:rsidR="00DA04F2" w:rsidRPr="009F5055">
              <w:rPr>
                <w:rFonts w:ascii="TH SarabunPSK" w:hAnsi="TH SarabunPSK" w:cs="TH SarabunPSK"/>
                <w:noProof/>
                <w:szCs w:val="32"/>
              </w:rPr>
              <w:t xml:space="preserve"> </w:t>
            </w:r>
            <w:r w:rsidRPr="009F5055">
              <w:rPr>
                <w:rFonts w:ascii="TH SarabunPSK" w:hAnsi="TH SarabunPSK" w:cs="TH SarabunPSK"/>
                <w:noProof/>
                <w:szCs w:val="32"/>
              </w:rPr>
              <w:t>2558</w:t>
            </w:r>
            <w:r w:rsidR="00DA04F2" w:rsidRPr="009F5055">
              <w:rPr>
                <w:rFonts w:ascii="TH SarabunPSK" w:hAnsi="TH SarabunPSK" w:cs="TH SarabunPSK"/>
                <w:noProof/>
                <w:szCs w:val="32"/>
              </w:rPr>
              <w:t xml:space="preserve"> </w:t>
            </w:r>
            <w:r w:rsidRPr="009F5055">
              <w:rPr>
                <w:rFonts w:ascii="TH SarabunPSK" w:hAnsi="TH SarabunPSK" w:cs="TH SarabunPSK"/>
                <w:noProof/>
                <w:szCs w:val="32"/>
              </w:rPr>
              <w:t>เพื่อให้ประชาชนและผู้มีส่วนได้เสียในเขต</w:t>
            </w:r>
          </w:p>
          <w:p w14:paraId="24DDF24C" w14:textId="77777777" w:rsidR="00DA04F2" w:rsidRPr="009F5055" w:rsidRDefault="00000000" w:rsidP="00807001">
            <w:pPr>
              <w:spacing w:after="20" w:line="240" w:lineRule="auto"/>
              <w:jc w:val="both"/>
              <w:rPr>
                <w:rFonts w:ascii="TH SarabunPSK" w:hAnsi="TH SarabunPSK" w:cs="TH SarabunPSK"/>
                <w:noProof/>
                <w:szCs w:val="32"/>
              </w:rPr>
            </w:pPr>
            <w:r w:rsidRPr="009F5055">
              <w:rPr>
                <w:rFonts w:ascii="TH SarabunPSK" w:hAnsi="TH SarabunPSK" w:cs="TH SarabunPSK"/>
                <w:noProof/>
                <w:szCs w:val="32"/>
              </w:rPr>
              <w:t>เทศบาล</w:t>
            </w:r>
            <w:r w:rsidR="00DA04F2" w:rsidRPr="009F5055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ตำบลป่าสังข์</w:t>
            </w:r>
            <w:r w:rsidRPr="009F5055">
              <w:rPr>
                <w:rFonts w:ascii="TH SarabunPSK" w:hAnsi="TH SarabunPSK" w:cs="TH SarabunPSK"/>
                <w:noProof/>
                <w:szCs w:val="32"/>
              </w:rPr>
              <w:t xml:space="preserve"> ร่วมแสดงความคิดเห็นเพื่อประกอบการพิจารณาร่างเทศบัญญัติเทศบาล</w:t>
            </w:r>
            <w:r w:rsidR="00DA04F2" w:rsidRPr="009F5055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ตำบลป่าสังข์</w:t>
            </w:r>
            <w:r w:rsidRPr="009F5055">
              <w:rPr>
                <w:rFonts w:ascii="TH SarabunPSK" w:hAnsi="TH SarabunPSK" w:cs="TH SarabunPSK"/>
                <w:noProof/>
                <w:szCs w:val="32"/>
              </w:rPr>
              <w:t xml:space="preserve"> ตาม</w:t>
            </w:r>
          </w:p>
          <w:p w14:paraId="43DF4B32" w14:textId="2AB4CC88" w:rsidR="001C69B2" w:rsidRPr="009F5055" w:rsidRDefault="00000000" w:rsidP="00DA04F2">
            <w:pPr>
              <w:spacing w:after="20" w:line="240" w:lineRule="auto"/>
              <w:rPr>
                <w:rFonts w:ascii="TH SarabunPSK" w:hAnsi="TH SarabunPSK" w:cs="TH SarabunPSK"/>
                <w:noProof/>
                <w:szCs w:val="32"/>
              </w:rPr>
            </w:pPr>
            <w:r w:rsidRPr="009F5055">
              <w:rPr>
                <w:rFonts w:ascii="TH SarabunPSK" w:hAnsi="TH SarabunPSK" w:cs="TH SarabunPSK"/>
                <w:noProof/>
                <w:szCs w:val="32"/>
              </w:rPr>
              <w:t xml:space="preserve">พระราชบัญญัติการสาธารณสุข พ.ศ. 2535 และที่แก้ไขเพิ่มเติม จำนวน </w:t>
            </w:r>
            <w:r w:rsidR="00051026" w:rsidRPr="009F5055">
              <w:rPr>
                <w:rFonts w:ascii="TH SarabunPSK" w:hAnsi="TH SarabunPSK" w:cs="TH SarabunPSK"/>
                <w:noProof/>
                <w:szCs w:val="32"/>
              </w:rPr>
              <w:t>6</w:t>
            </w:r>
            <w:r w:rsidRPr="009F5055">
              <w:rPr>
                <w:rFonts w:ascii="TH SarabunPSK" w:hAnsi="TH SarabunPSK" w:cs="TH SarabunPSK"/>
                <w:noProof/>
                <w:szCs w:val="32"/>
              </w:rPr>
              <w:t xml:space="preserve"> ฉบับ ได้แก่</w:t>
            </w:r>
          </w:p>
          <w:p w14:paraId="68548A0A" w14:textId="51C28CB8" w:rsidR="001C69B2" w:rsidRPr="009F5055" w:rsidRDefault="00000000">
            <w:pPr>
              <w:spacing w:after="20" w:line="240" w:lineRule="auto"/>
              <w:rPr>
                <w:rFonts w:ascii="TH SarabunPSK" w:hAnsi="TH SarabunPSK" w:cs="TH SarabunPSK"/>
                <w:noProof/>
                <w:szCs w:val="32"/>
              </w:rPr>
            </w:pPr>
            <w:r w:rsidRPr="009F5055">
              <w:rPr>
                <w:rFonts w:ascii="TH SarabunPSK" w:hAnsi="TH SarabunPSK" w:cs="TH SarabunPSK"/>
                <w:noProof/>
                <w:szCs w:val="32"/>
              </w:rPr>
              <w:t xml:space="preserve">    1.1 </w:t>
            </w:r>
            <w:r w:rsidR="00E014E6" w:rsidRPr="009F5055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ร่างเทศบัญญัติเทศบาลตำบลป่าสังข์ เรื่อง การจัดการสิ่งปฏิกูลและมูลฝอย</w:t>
            </w:r>
          </w:p>
          <w:p w14:paraId="0E408969" w14:textId="35548E06" w:rsidR="001C69B2" w:rsidRPr="009F5055" w:rsidRDefault="00000000">
            <w:pPr>
              <w:spacing w:after="20" w:line="240" w:lineRule="auto"/>
              <w:rPr>
                <w:rFonts w:ascii="TH SarabunPSK" w:hAnsi="TH SarabunPSK" w:cs="TH SarabunPSK"/>
                <w:noProof/>
                <w:szCs w:val="32"/>
              </w:rPr>
            </w:pPr>
            <w:r w:rsidRPr="009F5055">
              <w:rPr>
                <w:rFonts w:ascii="TH SarabunPSK" w:hAnsi="TH SarabunPSK" w:cs="TH SarabunPSK"/>
                <w:noProof/>
                <w:szCs w:val="32"/>
              </w:rPr>
              <w:t xml:space="preserve">    1.2 </w:t>
            </w:r>
            <w:r w:rsidR="00E014E6" w:rsidRPr="009F5055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ร่างเทศบัญญัติเทศบาลตำบลป่าสังข์ เรื่อง การควบคุมกิจการที่เป็นอันตรายต่อสุขภาพ</w:t>
            </w:r>
          </w:p>
          <w:p w14:paraId="6FA7CEF6" w14:textId="77777777" w:rsidR="00E014E6" w:rsidRPr="009F5055" w:rsidRDefault="00000000">
            <w:pPr>
              <w:spacing w:after="20" w:line="240" w:lineRule="auto"/>
              <w:rPr>
                <w:rFonts w:ascii="TH SarabunPSK" w:hAnsi="TH SarabunPSK" w:cs="TH SarabunPSK"/>
                <w:noProof/>
                <w:szCs w:val="32"/>
                <w:lang w:bidi="th-TH"/>
              </w:rPr>
            </w:pPr>
            <w:r w:rsidRPr="009F5055">
              <w:rPr>
                <w:rFonts w:ascii="TH SarabunPSK" w:hAnsi="TH SarabunPSK" w:cs="TH SarabunPSK"/>
                <w:noProof/>
                <w:szCs w:val="32"/>
              </w:rPr>
              <w:t xml:space="preserve">    1.3 </w:t>
            </w:r>
            <w:r w:rsidR="00E014E6" w:rsidRPr="009F5055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ร่างเทศบัญญัติเทศบาลตำบลป่าสังข์ เรื่อง การควบคุมสถานที่จำหน่ายอาหารและสถานที่สะสมอาหาร</w:t>
            </w:r>
          </w:p>
          <w:p w14:paraId="3D0DC38B" w14:textId="13BBB31F" w:rsidR="001C69B2" w:rsidRPr="009F5055" w:rsidRDefault="00000000">
            <w:pPr>
              <w:spacing w:after="20" w:line="240" w:lineRule="auto"/>
              <w:rPr>
                <w:rFonts w:ascii="TH SarabunPSK" w:hAnsi="TH SarabunPSK" w:cs="TH SarabunPSK"/>
                <w:noProof/>
                <w:szCs w:val="32"/>
                <w:lang w:bidi="th-TH"/>
              </w:rPr>
            </w:pPr>
            <w:r w:rsidRPr="009F5055">
              <w:rPr>
                <w:rFonts w:ascii="TH SarabunPSK" w:hAnsi="TH SarabunPSK" w:cs="TH SarabunPSK"/>
                <w:noProof/>
                <w:szCs w:val="32"/>
              </w:rPr>
              <w:t xml:space="preserve">    1.4 </w:t>
            </w:r>
            <w:r w:rsidR="00E014E6" w:rsidRPr="009F5055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ร่างเทศบัญญัติเทศบาลตำบลป่าสังข์ เรื่อง การติดตั้งบ่อดักไขมัน บำบัดน้ำเสียในอาคาร</w:t>
            </w:r>
          </w:p>
          <w:p w14:paraId="541372AD" w14:textId="0583A17D" w:rsidR="001C69B2" w:rsidRPr="009F5055" w:rsidRDefault="00000000">
            <w:pPr>
              <w:spacing w:after="20" w:line="240" w:lineRule="auto"/>
              <w:rPr>
                <w:rFonts w:ascii="TH SarabunPSK" w:hAnsi="TH SarabunPSK" w:cs="TH SarabunPSK"/>
                <w:noProof/>
                <w:szCs w:val="32"/>
              </w:rPr>
            </w:pPr>
            <w:r w:rsidRPr="009F5055">
              <w:rPr>
                <w:rFonts w:ascii="TH SarabunPSK" w:hAnsi="TH SarabunPSK" w:cs="TH SarabunPSK"/>
                <w:noProof/>
                <w:szCs w:val="32"/>
              </w:rPr>
              <w:t xml:space="preserve">    1.5 </w:t>
            </w:r>
            <w:r w:rsidR="00E014E6" w:rsidRPr="009F5055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ร่างเทศบัญญัติเทศบาลตำบลป่าสังข์ เรื่อง การจำหน่ายสินค้าในที่หรือทางสาธารณะ</w:t>
            </w:r>
          </w:p>
          <w:p w14:paraId="09C3CF07" w14:textId="00FE228A" w:rsidR="00AC1597" w:rsidRPr="009F5055" w:rsidRDefault="00AC1597" w:rsidP="00AC1597">
            <w:pPr>
              <w:spacing w:after="0"/>
              <w:rPr>
                <w:rFonts w:ascii="TH SarabunPSK" w:hAnsi="TH SarabunPSK" w:cs="TH SarabunPSK"/>
                <w:noProof/>
                <w:szCs w:val="32"/>
                <w:lang w:bidi="th-TH"/>
              </w:rPr>
            </w:pPr>
            <w:r w:rsidRPr="009F5055">
              <w:rPr>
                <w:rFonts w:ascii="TH SarabunPSK" w:hAnsi="TH SarabunPSK" w:cs="TH SarabunPSK"/>
                <w:noProof/>
                <w:szCs w:val="32"/>
              </w:rPr>
              <w:t xml:space="preserve">    </w:t>
            </w:r>
            <w:r w:rsidRPr="009F5055">
              <w:rPr>
                <w:rFonts w:ascii="TH SarabunPSK" w:hAnsi="TH SarabunPSK" w:cs="TH SarabunPSK"/>
                <w:noProof/>
                <w:szCs w:val="32"/>
                <w:lang w:bidi="th-TH"/>
              </w:rPr>
              <w:t>1</w:t>
            </w:r>
            <w:r w:rsidRPr="009F5055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.6 ร่างเทศบัญญัติเทศบาลตำบลป่าสังข์ เรื่อง การควบคุมการเลี้ยงหรือปล่อยสุนัข และแมว </w:t>
            </w:r>
          </w:p>
          <w:p w14:paraId="30B764AE" w14:textId="6D75378E" w:rsidR="00DA04F2" w:rsidRPr="009F5055" w:rsidRDefault="00000000">
            <w:pPr>
              <w:spacing w:after="20" w:line="240" w:lineRule="auto"/>
              <w:rPr>
                <w:rFonts w:ascii="TH SarabunPSK" w:hAnsi="TH SarabunPSK" w:cs="TH SarabunPSK"/>
                <w:noProof/>
                <w:szCs w:val="32"/>
              </w:rPr>
            </w:pPr>
            <w:r w:rsidRPr="009F5055">
              <w:rPr>
                <w:rFonts w:ascii="TH SarabunPSK" w:hAnsi="TH SarabunPSK" w:cs="TH SarabunPSK"/>
                <w:noProof/>
                <w:szCs w:val="32"/>
              </w:rPr>
              <w:t>2.</w:t>
            </w:r>
            <w:r w:rsidR="00807001" w:rsidRPr="009F5055">
              <w:rPr>
                <w:rFonts w:ascii="TH SarabunPSK" w:hAnsi="TH SarabunPSK" w:cs="TH SarabunPSK"/>
                <w:noProof/>
                <w:szCs w:val="32"/>
              </w:rPr>
              <w:t xml:space="preserve"> </w:t>
            </w:r>
            <w:r w:rsidRPr="009F5055">
              <w:rPr>
                <w:rFonts w:ascii="TH SarabunPSK" w:hAnsi="TH SarabunPSK" w:cs="TH SarabunPSK"/>
                <w:noProof/>
                <w:szCs w:val="32"/>
              </w:rPr>
              <w:t>แบบสอบถามมีทั้งหมด 3 หน้า แบ่งเป็น 2 ส่วน ประกอบด้วย ส่วนที่ 1 ข้อมูลทั่วไปของผู้ตอบแบบสอบถาม และ</w:t>
            </w:r>
          </w:p>
          <w:p w14:paraId="736203CA" w14:textId="1FD31B8B" w:rsidR="001C69B2" w:rsidRPr="009F5055" w:rsidRDefault="00000000">
            <w:pPr>
              <w:spacing w:after="20" w:line="240" w:lineRule="auto"/>
              <w:rPr>
                <w:rFonts w:ascii="TH SarabunPSK" w:hAnsi="TH SarabunPSK" w:cs="TH SarabunPSK"/>
                <w:noProof/>
                <w:szCs w:val="32"/>
              </w:rPr>
            </w:pPr>
            <w:r w:rsidRPr="009F5055">
              <w:rPr>
                <w:rFonts w:ascii="TH SarabunPSK" w:hAnsi="TH SarabunPSK" w:cs="TH SarabunPSK"/>
                <w:noProof/>
                <w:szCs w:val="32"/>
              </w:rPr>
              <w:t>ส่วนที่ 2 ความคิดเห็นต่อร่างเทศบัญญัติฯ เทศบาล</w:t>
            </w:r>
            <w:r w:rsidR="00807001" w:rsidRPr="009F5055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ตำบลป่าสังข์</w:t>
            </w:r>
            <w:r w:rsidR="00807001" w:rsidRPr="009F5055">
              <w:rPr>
                <w:rFonts w:ascii="TH SarabunPSK" w:hAnsi="TH SarabunPSK" w:cs="TH SarabunPSK"/>
                <w:noProof/>
                <w:szCs w:val="32"/>
              </w:rPr>
              <w:t xml:space="preserve"> </w:t>
            </w:r>
            <w:r w:rsidRPr="009F5055">
              <w:rPr>
                <w:rFonts w:ascii="TH SarabunPSK" w:hAnsi="TH SarabunPSK" w:cs="TH SarabunPSK"/>
                <w:noProof/>
                <w:szCs w:val="32"/>
              </w:rPr>
              <w:t xml:space="preserve">ทั้ง </w:t>
            </w:r>
            <w:r w:rsidR="00820E6C" w:rsidRPr="009F5055">
              <w:rPr>
                <w:rFonts w:ascii="TH SarabunPSK" w:hAnsi="TH SarabunPSK" w:cs="TH SarabunPSK"/>
                <w:noProof/>
                <w:szCs w:val="32"/>
              </w:rPr>
              <w:t>6</w:t>
            </w:r>
            <w:r w:rsidRPr="009F5055">
              <w:rPr>
                <w:rFonts w:ascii="TH SarabunPSK" w:hAnsi="TH SarabunPSK" w:cs="TH SarabunPSK"/>
                <w:noProof/>
                <w:szCs w:val="32"/>
              </w:rPr>
              <w:t xml:space="preserve"> ฉบับ</w:t>
            </w:r>
          </w:p>
          <w:p w14:paraId="665F309B" w14:textId="4C54D4D1" w:rsidR="00807001" w:rsidRPr="009F5055" w:rsidRDefault="00000000">
            <w:pPr>
              <w:spacing w:after="20" w:line="240" w:lineRule="auto"/>
              <w:rPr>
                <w:rFonts w:ascii="TH SarabunPSK" w:hAnsi="TH SarabunPSK" w:cs="TH SarabunPSK"/>
                <w:noProof/>
                <w:szCs w:val="32"/>
              </w:rPr>
            </w:pPr>
            <w:r w:rsidRPr="009F5055">
              <w:rPr>
                <w:rFonts w:ascii="TH SarabunPSK" w:hAnsi="TH SarabunPSK" w:cs="TH SarabunPSK"/>
                <w:noProof/>
                <w:szCs w:val="32"/>
              </w:rPr>
              <w:t>3.</w:t>
            </w:r>
            <w:r w:rsidR="00807001" w:rsidRPr="009F5055">
              <w:rPr>
                <w:rFonts w:ascii="TH SarabunPSK" w:hAnsi="TH SarabunPSK" w:cs="TH SarabunPSK"/>
                <w:noProof/>
                <w:szCs w:val="32"/>
              </w:rPr>
              <w:t xml:space="preserve"> </w:t>
            </w:r>
            <w:r w:rsidRPr="009F5055">
              <w:rPr>
                <w:rFonts w:ascii="TH SarabunPSK" w:hAnsi="TH SarabunPSK" w:cs="TH SarabunPSK"/>
                <w:noProof/>
                <w:szCs w:val="32"/>
              </w:rPr>
              <w:t>แบบสอบถามนี้จะถูกเปิดเป็นความลับ และนำเสนอในภาพรวมเท่านั้น จึงขอความกรุณาจากท่านโปรดให้ข้อมูล</w:t>
            </w:r>
          </w:p>
          <w:p w14:paraId="12384908" w14:textId="7B682BA4" w:rsidR="001C69B2" w:rsidRPr="009F5055" w:rsidRDefault="00000000">
            <w:pPr>
              <w:spacing w:after="20" w:line="240" w:lineRule="auto"/>
              <w:rPr>
                <w:rFonts w:ascii="TH SarabunPSK" w:hAnsi="TH SarabunPSK" w:cs="TH SarabunPSK"/>
                <w:noProof/>
                <w:szCs w:val="32"/>
              </w:rPr>
            </w:pPr>
            <w:r w:rsidRPr="009F5055">
              <w:rPr>
                <w:rFonts w:ascii="TH SarabunPSK" w:hAnsi="TH SarabunPSK" w:cs="TH SarabunPSK"/>
                <w:noProof/>
                <w:szCs w:val="32"/>
              </w:rPr>
              <w:t>ตามความเป็นจริง และหวังอย่างยิ่งจะได้รับความกรุณาในการตอบแบบสอบถามจากท่าน</w:t>
            </w:r>
          </w:p>
        </w:tc>
      </w:tr>
    </w:tbl>
    <w:p w14:paraId="5495C6ED" w14:textId="49B96140" w:rsidR="001C69B2" w:rsidRPr="009F5055" w:rsidRDefault="00000000">
      <w:pPr>
        <w:spacing w:before="80" w:after="0"/>
        <w:rPr>
          <w:rFonts w:ascii="TH SarabunPSK" w:hAnsi="TH SarabunPSK" w:cs="TH SarabunPSK"/>
          <w:noProof/>
          <w:szCs w:val="32"/>
        </w:rPr>
      </w:pPr>
      <w:r w:rsidRPr="009F5055">
        <w:rPr>
          <w:rFonts w:ascii="TH SarabunPSK" w:hAnsi="TH SarabunPSK" w:cs="TH SarabunPSK"/>
          <w:noProof/>
          <w:szCs w:val="32"/>
        </w:rPr>
        <w:t xml:space="preserve">โปรดทำเครื่องหมาย </w:t>
      </w:r>
      <w:r w:rsidRPr="009F5055">
        <w:rPr>
          <w:rFonts w:ascii="Segoe UI Symbol" w:hAnsi="Segoe UI Symbol" w:cs="Segoe UI Symbol"/>
          <w:noProof/>
          <w:szCs w:val="32"/>
        </w:rPr>
        <w:t>✓</w:t>
      </w:r>
      <w:r w:rsidRPr="009F5055">
        <w:rPr>
          <w:rFonts w:ascii="TH SarabunPSK" w:hAnsi="TH SarabunPSK" w:cs="TH SarabunPSK"/>
          <w:noProof/>
          <w:szCs w:val="32"/>
        </w:rPr>
        <w:t xml:space="preserve"> ลงใน </w:t>
      </w:r>
      <w:r w:rsidR="00B2267F" w:rsidRPr="009F5055">
        <w:rPr>
          <w:rFonts w:ascii="Segoe UI Symbol" w:hAnsi="Segoe UI Symbol" w:cs="Segoe UI Symbol"/>
          <w:noProof/>
          <w:szCs w:val="32"/>
        </w:rPr>
        <w:t>☐</w:t>
      </w:r>
      <w:r w:rsidRPr="009F5055">
        <w:rPr>
          <w:rFonts w:ascii="TH SarabunPSK" w:hAnsi="TH SarabunPSK" w:cs="TH SarabunPSK"/>
          <w:noProof/>
          <w:szCs w:val="32"/>
        </w:rPr>
        <w:t xml:space="preserve"> ตามความคิดเห็นของท่าน</w:t>
      </w:r>
    </w:p>
    <w:p w14:paraId="10FD4964" w14:textId="77777777" w:rsidR="001C69B2" w:rsidRPr="009F5055" w:rsidRDefault="00000000" w:rsidP="00E014E6">
      <w:pPr>
        <w:spacing w:after="20" w:line="240" w:lineRule="auto"/>
        <w:rPr>
          <w:rFonts w:ascii="TH SarabunPSK" w:hAnsi="TH SarabunPSK" w:cs="TH SarabunPSK"/>
          <w:b/>
          <w:bCs/>
          <w:noProof/>
          <w:szCs w:val="32"/>
        </w:rPr>
      </w:pPr>
      <w:r w:rsidRPr="009F5055">
        <w:rPr>
          <w:rFonts w:ascii="TH SarabunPSK" w:hAnsi="TH SarabunPSK" w:cs="TH SarabunPSK"/>
          <w:b/>
          <w:bCs/>
          <w:noProof/>
          <w:szCs w:val="32"/>
        </w:rPr>
        <w:t>ส่วนที่ 1 ข้อมูลทั่วไป</w:t>
      </w:r>
    </w:p>
    <w:p w14:paraId="5FF54C41" w14:textId="377B3DEE" w:rsidR="001C69B2" w:rsidRPr="009F5055" w:rsidRDefault="00000000">
      <w:pPr>
        <w:spacing w:after="20" w:line="240" w:lineRule="auto"/>
        <w:rPr>
          <w:rFonts w:ascii="TH SarabunPSK" w:hAnsi="TH SarabunPSK" w:cs="TH SarabunPSK"/>
          <w:noProof/>
          <w:szCs w:val="32"/>
        </w:rPr>
      </w:pPr>
      <w:r w:rsidRPr="009F5055">
        <w:rPr>
          <w:rFonts w:ascii="TH SarabunPSK" w:hAnsi="TH SarabunPSK" w:cs="TH SarabunPSK"/>
          <w:b/>
          <w:bCs/>
          <w:noProof/>
          <w:szCs w:val="32"/>
        </w:rPr>
        <w:t>1.1 เพศ</w:t>
      </w:r>
      <w:r w:rsidRPr="009F5055">
        <w:rPr>
          <w:rFonts w:ascii="TH SarabunPSK" w:hAnsi="TH SarabunPSK" w:cs="TH SarabunPSK"/>
          <w:noProof/>
          <w:szCs w:val="32"/>
        </w:rPr>
        <w:t xml:space="preserve">             </w:t>
      </w:r>
      <w:r w:rsidR="00B2267F" w:rsidRPr="009F5055">
        <w:rPr>
          <w:rFonts w:ascii="Segoe UI Symbol" w:hAnsi="Segoe UI Symbol" w:cs="Segoe UI Symbol"/>
          <w:noProof/>
          <w:szCs w:val="32"/>
        </w:rPr>
        <w:t>☐</w:t>
      </w:r>
      <w:r w:rsidRPr="009F5055">
        <w:rPr>
          <w:rFonts w:ascii="TH SarabunPSK" w:hAnsi="TH SarabunPSK" w:cs="TH SarabunPSK"/>
          <w:noProof/>
          <w:sz w:val="44"/>
          <w:szCs w:val="44"/>
        </w:rPr>
        <w:t xml:space="preserve"> </w:t>
      </w:r>
      <w:r w:rsidRPr="009F5055">
        <w:rPr>
          <w:rFonts w:ascii="TH SarabunPSK" w:hAnsi="TH SarabunPSK" w:cs="TH SarabunPSK"/>
          <w:noProof/>
          <w:szCs w:val="32"/>
        </w:rPr>
        <w:t xml:space="preserve">1. ชาย                    </w:t>
      </w:r>
      <w:r w:rsidR="00B2267F" w:rsidRPr="009F5055">
        <w:rPr>
          <w:rFonts w:ascii="Segoe UI Symbol" w:hAnsi="Segoe UI Symbol" w:cs="Segoe UI Symbol"/>
          <w:noProof/>
          <w:szCs w:val="32"/>
        </w:rPr>
        <w:t>☐</w:t>
      </w:r>
      <w:r w:rsidRPr="009F5055">
        <w:rPr>
          <w:rFonts w:ascii="TH SarabunPSK" w:hAnsi="TH SarabunPSK" w:cs="TH SarabunPSK"/>
          <w:noProof/>
          <w:sz w:val="44"/>
          <w:szCs w:val="44"/>
        </w:rPr>
        <w:t xml:space="preserve"> </w:t>
      </w:r>
      <w:r w:rsidRPr="009F5055">
        <w:rPr>
          <w:rFonts w:ascii="TH SarabunPSK" w:hAnsi="TH SarabunPSK" w:cs="TH SarabunPSK"/>
          <w:noProof/>
          <w:szCs w:val="32"/>
        </w:rPr>
        <w:t>2. หญิง</w:t>
      </w:r>
    </w:p>
    <w:p w14:paraId="607B4C07" w14:textId="77777777" w:rsidR="001C69B2" w:rsidRPr="009F5055" w:rsidRDefault="00000000">
      <w:pPr>
        <w:spacing w:after="20" w:line="240" w:lineRule="auto"/>
        <w:rPr>
          <w:rFonts w:ascii="TH SarabunPSK" w:hAnsi="TH SarabunPSK" w:cs="TH SarabunPSK"/>
          <w:noProof/>
          <w:szCs w:val="32"/>
        </w:rPr>
      </w:pPr>
      <w:r w:rsidRPr="009F5055">
        <w:rPr>
          <w:rFonts w:ascii="TH SarabunPSK" w:hAnsi="TH SarabunPSK" w:cs="TH SarabunPSK"/>
          <w:b/>
          <w:bCs/>
          <w:noProof/>
          <w:szCs w:val="32"/>
        </w:rPr>
        <w:t>1.2 อายุ</w:t>
      </w:r>
      <w:r w:rsidRPr="009F5055">
        <w:rPr>
          <w:rFonts w:ascii="TH SarabunPSK" w:hAnsi="TH SarabunPSK" w:cs="TH SarabunPSK"/>
          <w:noProof/>
          <w:szCs w:val="32"/>
        </w:rPr>
        <w:t xml:space="preserve"> .................... ปี</w:t>
      </w:r>
    </w:p>
    <w:p w14:paraId="75209064" w14:textId="77777777" w:rsidR="001C69B2" w:rsidRPr="009F5055" w:rsidRDefault="00000000">
      <w:pPr>
        <w:spacing w:after="20" w:line="240" w:lineRule="auto"/>
        <w:rPr>
          <w:rFonts w:ascii="TH SarabunPSK" w:hAnsi="TH SarabunPSK" w:cs="TH SarabunPSK"/>
          <w:b/>
          <w:bCs/>
          <w:noProof/>
          <w:szCs w:val="32"/>
        </w:rPr>
      </w:pPr>
      <w:r w:rsidRPr="009F5055">
        <w:rPr>
          <w:rFonts w:ascii="TH SarabunPSK" w:hAnsi="TH SarabunPSK" w:cs="TH SarabunPSK"/>
          <w:b/>
          <w:bCs/>
          <w:noProof/>
          <w:szCs w:val="32"/>
        </w:rPr>
        <w:t>1.3 ระดับการศึกษา</w:t>
      </w:r>
    </w:p>
    <w:p w14:paraId="7D504316" w14:textId="449978A2" w:rsidR="001C69B2" w:rsidRPr="009F5055" w:rsidRDefault="00000000">
      <w:pPr>
        <w:spacing w:after="20" w:line="240" w:lineRule="auto"/>
        <w:rPr>
          <w:rFonts w:ascii="TH SarabunPSK" w:hAnsi="TH SarabunPSK" w:cs="TH SarabunPSK"/>
          <w:noProof/>
          <w:szCs w:val="32"/>
        </w:rPr>
      </w:pPr>
      <w:r w:rsidRPr="009F5055">
        <w:rPr>
          <w:rFonts w:ascii="TH SarabunPSK" w:hAnsi="TH SarabunPSK" w:cs="TH SarabunPSK"/>
          <w:noProof/>
          <w:szCs w:val="32"/>
        </w:rPr>
        <w:t xml:space="preserve">    </w:t>
      </w:r>
      <w:r w:rsidR="00B2267F" w:rsidRPr="009F5055">
        <w:rPr>
          <w:rFonts w:ascii="Segoe UI Symbol" w:hAnsi="Segoe UI Symbol" w:cs="Segoe UI Symbol"/>
          <w:noProof/>
          <w:szCs w:val="32"/>
        </w:rPr>
        <w:t>☐</w:t>
      </w:r>
      <w:r w:rsidRPr="009F5055">
        <w:rPr>
          <w:rFonts w:ascii="TH SarabunPSK" w:hAnsi="TH SarabunPSK" w:cs="TH SarabunPSK"/>
          <w:noProof/>
          <w:szCs w:val="32"/>
        </w:rPr>
        <w:t xml:space="preserve"> 1. ประถมศึกษา          </w:t>
      </w:r>
      <w:r w:rsidR="00B2267F" w:rsidRPr="009F5055">
        <w:rPr>
          <w:rFonts w:ascii="Segoe UI Symbol" w:hAnsi="Segoe UI Symbol" w:cs="Segoe UI Symbol"/>
          <w:noProof/>
          <w:szCs w:val="32"/>
        </w:rPr>
        <w:t>☐</w:t>
      </w:r>
      <w:r w:rsidRPr="009F5055">
        <w:rPr>
          <w:rFonts w:ascii="TH SarabunPSK" w:hAnsi="TH SarabunPSK" w:cs="TH SarabunPSK"/>
          <w:noProof/>
          <w:szCs w:val="32"/>
        </w:rPr>
        <w:t xml:space="preserve"> 2. มัธยมศึกษาตอนต้น (ม.3)    </w:t>
      </w:r>
      <w:r w:rsidR="00807001" w:rsidRPr="009F5055">
        <w:rPr>
          <w:rFonts w:ascii="TH SarabunPSK" w:hAnsi="TH SarabunPSK" w:cs="TH SarabunPSK"/>
          <w:noProof/>
          <w:szCs w:val="32"/>
        </w:rPr>
        <w:t xml:space="preserve"> </w:t>
      </w:r>
      <w:r w:rsidR="0072710C" w:rsidRPr="009F5055">
        <w:rPr>
          <w:rFonts w:ascii="TH SarabunPSK" w:hAnsi="TH SarabunPSK" w:cs="TH SarabunPSK"/>
          <w:noProof/>
          <w:szCs w:val="32"/>
        </w:rPr>
        <w:tab/>
      </w:r>
      <w:r w:rsidR="00B2267F" w:rsidRPr="009F5055">
        <w:rPr>
          <w:rFonts w:ascii="Segoe UI Symbol" w:hAnsi="Segoe UI Symbol" w:cs="Segoe UI Symbol"/>
          <w:noProof/>
          <w:szCs w:val="32"/>
        </w:rPr>
        <w:t>☐</w:t>
      </w:r>
      <w:r w:rsidRPr="009F5055">
        <w:rPr>
          <w:rFonts w:ascii="TH SarabunPSK" w:hAnsi="TH SarabunPSK" w:cs="TH SarabunPSK"/>
          <w:noProof/>
          <w:szCs w:val="32"/>
        </w:rPr>
        <w:t xml:space="preserve"> 3. มัธยมศึกษาตอนปลาย (ม.6/ปวช.)</w:t>
      </w:r>
    </w:p>
    <w:p w14:paraId="29E5CF59" w14:textId="44034B02" w:rsidR="0072710C" w:rsidRPr="009F5055" w:rsidRDefault="00000000">
      <w:pPr>
        <w:spacing w:after="20" w:line="240" w:lineRule="auto"/>
        <w:rPr>
          <w:rFonts w:ascii="TH SarabunPSK" w:hAnsi="TH SarabunPSK" w:cs="TH SarabunPSK"/>
          <w:noProof/>
          <w:szCs w:val="32"/>
        </w:rPr>
      </w:pPr>
      <w:r w:rsidRPr="009F5055">
        <w:rPr>
          <w:rFonts w:ascii="TH SarabunPSK" w:hAnsi="TH SarabunPSK" w:cs="TH SarabunPSK"/>
          <w:noProof/>
          <w:szCs w:val="32"/>
        </w:rPr>
        <w:t xml:space="preserve">    </w:t>
      </w:r>
      <w:r w:rsidR="00B2267F" w:rsidRPr="009F5055">
        <w:rPr>
          <w:rFonts w:ascii="Segoe UI Symbol" w:hAnsi="Segoe UI Symbol" w:cs="Segoe UI Symbol"/>
          <w:noProof/>
          <w:szCs w:val="32"/>
        </w:rPr>
        <w:t>☐</w:t>
      </w:r>
      <w:r w:rsidRPr="009F5055">
        <w:rPr>
          <w:rFonts w:ascii="TH SarabunPSK" w:hAnsi="TH SarabunPSK" w:cs="TH SarabunPSK"/>
          <w:noProof/>
          <w:szCs w:val="32"/>
        </w:rPr>
        <w:t xml:space="preserve"> 4. อนุปริญญา/ปวส./หรือเทียบเท่า   </w:t>
      </w:r>
      <w:r w:rsidR="00B2267F" w:rsidRPr="009F5055">
        <w:rPr>
          <w:rFonts w:ascii="Segoe UI Symbol" w:hAnsi="Segoe UI Symbol" w:cs="Segoe UI Symbol"/>
          <w:noProof/>
          <w:szCs w:val="32"/>
        </w:rPr>
        <w:t>☐</w:t>
      </w:r>
      <w:r w:rsidRPr="009F5055">
        <w:rPr>
          <w:rFonts w:ascii="TH SarabunPSK" w:hAnsi="TH SarabunPSK" w:cs="TH SarabunPSK"/>
          <w:noProof/>
          <w:sz w:val="44"/>
          <w:szCs w:val="44"/>
        </w:rPr>
        <w:t xml:space="preserve"> </w:t>
      </w:r>
      <w:r w:rsidRPr="009F5055">
        <w:rPr>
          <w:rFonts w:ascii="TH SarabunPSK" w:hAnsi="TH SarabunPSK" w:cs="TH SarabunPSK"/>
          <w:noProof/>
          <w:szCs w:val="32"/>
        </w:rPr>
        <w:t xml:space="preserve">5. ปริญญาตรี       </w:t>
      </w:r>
      <w:r w:rsidR="00807001" w:rsidRPr="009F5055">
        <w:rPr>
          <w:rFonts w:ascii="TH SarabunPSK" w:hAnsi="TH SarabunPSK" w:cs="TH SarabunPSK"/>
          <w:noProof/>
          <w:szCs w:val="32"/>
        </w:rPr>
        <w:t xml:space="preserve"> </w:t>
      </w:r>
      <w:r w:rsidR="00683574" w:rsidRPr="009F5055">
        <w:rPr>
          <w:rFonts w:ascii="Segoe UI Symbol" w:hAnsi="Segoe UI Symbol" w:cs="Segoe UI Symbol"/>
          <w:noProof/>
          <w:szCs w:val="32"/>
        </w:rPr>
        <w:t>☐</w:t>
      </w:r>
      <w:r w:rsidR="00F25E89">
        <w:rPr>
          <w:rFonts w:ascii="Segoe UI Symbol" w:hAnsi="Segoe UI Symbol" w:cs="Segoe UI Symbol"/>
          <w:noProof/>
          <w:szCs w:val="32"/>
        </w:rPr>
        <w:t xml:space="preserve"> </w:t>
      </w:r>
      <w:r w:rsidRPr="009F5055">
        <w:rPr>
          <w:rFonts w:ascii="TH SarabunPSK" w:hAnsi="TH SarabunPSK" w:cs="TH SarabunPSK"/>
          <w:noProof/>
          <w:szCs w:val="32"/>
        </w:rPr>
        <w:t>6. สูงกว่าปริญญาตรี</w:t>
      </w:r>
    </w:p>
    <w:p w14:paraId="7D33CD60" w14:textId="2B7E5DEB" w:rsidR="001C69B2" w:rsidRPr="009F5055" w:rsidRDefault="00000000">
      <w:pPr>
        <w:spacing w:after="20" w:line="240" w:lineRule="auto"/>
        <w:rPr>
          <w:rFonts w:ascii="TH SarabunPSK" w:hAnsi="TH SarabunPSK" w:cs="TH SarabunPSK"/>
          <w:b/>
          <w:bCs/>
          <w:noProof/>
          <w:szCs w:val="32"/>
        </w:rPr>
      </w:pPr>
      <w:r w:rsidRPr="009F5055">
        <w:rPr>
          <w:rFonts w:ascii="TH SarabunPSK" w:hAnsi="TH SarabunPSK" w:cs="TH SarabunPSK"/>
          <w:b/>
          <w:bCs/>
          <w:noProof/>
          <w:szCs w:val="32"/>
        </w:rPr>
        <w:t>1.4 อาชีพ</w:t>
      </w:r>
    </w:p>
    <w:p w14:paraId="475ACA78" w14:textId="7FA0AF35" w:rsidR="001C69B2" w:rsidRPr="009F5055" w:rsidRDefault="00000000">
      <w:pPr>
        <w:spacing w:after="20" w:line="240" w:lineRule="auto"/>
        <w:rPr>
          <w:rFonts w:ascii="TH SarabunPSK" w:hAnsi="TH SarabunPSK" w:cs="TH SarabunPSK"/>
          <w:noProof/>
          <w:szCs w:val="32"/>
        </w:rPr>
      </w:pPr>
      <w:r w:rsidRPr="009F5055">
        <w:rPr>
          <w:rFonts w:ascii="TH SarabunPSK" w:hAnsi="TH SarabunPSK" w:cs="TH SarabunPSK"/>
          <w:noProof/>
          <w:szCs w:val="32"/>
        </w:rPr>
        <w:t xml:space="preserve">    </w:t>
      </w:r>
      <w:r w:rsidR="00B2267F" w:rsidRPr="009F5055">
        <w:rPr>
          <w:rFonts w:ascii="Segoe UI Symbol" w:hAnsi="Segoe UI Symbol" w:cs="Segoe UI Symbol"/>
          <w:noProof/>
          <w:szCs w:val="32"/>
        </w:rPr>
        <w:t>☐</w:t>
      </w:r>
      <w:r w:rsidRPr="009F5055">
        <w:rPr>
          <w:rFonts w:ascii="TH SarabunPSK" w:hAnsi="TH SarabunPSK" w:cs="TH SarabunPSK"/>
          <w:noProof/>
          <w:szCs w:val="32"/>
        </w:rPr>
        <w:t xml:space="preserve"> 1. รับจ้างทั่วไป          </w:t>
      </w:r>
      <w:r w:rsidR="0072710C" w:rsidRPr="009F5055">
        <w:rPr>
          <w:rFonts w:ascii="TH SarabunPSK" w:hAnsi="TH SarabunPSK" w:cs="TH SarabunPSK"/>
          <w:noProof/>
          <w:szCs w:val="32"/>
        </w:rPr>
        <w:tab/>
      </w:r>
      <w:r w:rsidR="00B2267F" w:rsidRPr="009F5055">
        <w:rPr>
          <w:rFonts w:ascii="Segoe UI Symbol" w:hAnsi="Segoe UI Symbol" w:cs="Segoe UI Symbol"/>
          <w:noProof/>
          <w:szCs w:val="32"/>
        </w:rPr>
        <w:t>☐</w:t>
      </w:r>
      <w:r w:rsidRPr="009F5055">
        <w:rPr>
          <w:rFonts w:ascii="TH SarabunPSK" w:hAnsi="TH SarabunPSK" w:cs="TH SarabunPSK"/>
          <w:noProof/>
          <w:szCs w:val="32"/>
        </w:rPr>
        <w:t xml:space="preserve"> 2. พนักงานบริษัท          </w:t>
      </w:r>
      <w:r w:rsidR="0072710C" w:rsidRPr="009F5055">
        <w:rPr>
          <w:rFonts w:ascii="TH SarabunPSK" w:hAnsi="TH SarabunPSK" w:cs="TH SarabunPSK"/>
          <w:noProof/>
          <w:szCs w:val="32"/>
        </w:rPr>
        <w:tab/>
      </w:r>
      <w:r w:rsidR="00B2267F" w:rsidRPr="009F5055">
        <w:rPr>
          <w:rFonts w:ascii="Segoe UI Symbol" w:hAnsi="Segoe UI Symbol" w:cs="Segoe UI Symbol"/>
          <w:noProof/>
          <w:szCs w:val="32"/>
        </w:rPr>
        <w:t>☐</w:t>
      </w:r>
      <w:r w:rsidRPr="009F5055">
        <w:rPr>
          <w:rFonts w:ascii="TH SarabunPSK" w:hAnsi="TH SarabunPSK" w:cs="TH SarabunPSK"/>
          <w:noProof/>
          <w:sz w:val="48"/>
          <w:szCs w:val="48"/>
        </w:rPr>
        <w:t xml:space="preserve"> </w:t>
      </w:r>
      <w:r w:rsidRPr="009F5055">
        <w:rPr>
          <w:rFonts w:ascii="TH SarabunPSK" w:hAnsi="TH SarabunPSK" w:cs="TH SarabunPSK"/>
          <w:noProof/>
          <w:szCs w:val="32"/>
        </w:rPr>
        <w:t>3. พนักงานจ้างของรัฐ/รัฐวิสาหกิจ</w:t>
      </w:r>
    </w:p>
    <w:p w14:paraId="01163B55" w14:textId="39B731EE" w:rsidR="001C69B2" w:rsidRPr="009F5055" w:rsidRDefault="00000000">
      <w:pPr>
        <w:spacing w:after="20" w:line="240" w:lineRule="auto"/>
        <w:rPr>
          <w:rFonts w:ascii="TH SarabunPSK" w:hAnsi="TH SarabunPSK" w:cs="TH SarabunPSK"/>
          <w:noProof/>
          <w:szCs w:val="32"/>
        </w:rPr>
      </w:pPr>
      <w:r w:rsidRPr="009F5055">
        <w:rPr>
          <w:rFonts w:ascii="TH SarabunPSK" w:hAnsi="TH SarabunPSK" w:cs="TH SarabunPSK"/>
          <w:noProof/>
          <w:szCs w:val="32"/>
        </w:rPr>
        <w:t xml:space="preserve">    </w:t>
      </w:r>
      <w:r w:rsidR="00B2267F" w:rsidRPr="009F5055">
        <w:rPr>
          <w:rFonts w:ascii="Segoe UI Symbol" w:hAnsi="Segoe UI Symbol" w:cs="Segoe UI Symbol"/>
          <w:noProof/>
          <w:szCs w:val="32"/>
        </w:rPr>
        <w:t>☐</w:t>
      </w:r>
      <w:r w:rsidRPr="009F5055">
        <w:rPr>
          <w:rFonts w:ascii="TH SarabunPSK" w:hAnsi="TH SarabunPSK" w:cs="TH SarabunPSK"/>
          <w:noProof/>
          <w:szCs w:val="32"/>
        </w:rPr>
        <w:t xml:space="preserve"> 4. เกษตรกร             </w:t>
      </w:r>
      <w:r w:rsidRPr="009F5055">
        <w:rPr>
          <w:rFonts w:ascii="TH SarabunPSK" w:hAnsi="TH SarabunPSK" w:cs="TH SarabunPSK"/>
          <w:noProof/>
          <w:sz w:val="44"/>
          <w:szCs w:val="44"/>
        </w:rPr>
        <w:t xml:space="preserve"> </w:t>
      </w:r>
      <w:r w:rsidR="0072710C" w:rsidRPr="009F5055">
        <w:rPr>
          <w:rFonts w:ascii="Arial" w:hAnsi="Arial" w:cs="Arial"/>
          <w:noProof/>
          <w:sz w:val="44"/>
          <w:szCs w:val="44"/>
        </w:rPr>
        <w:tab/>
      </w:r>
      <w:r w:rsidR="00B2267F" w:rsidRPr="009F5055">
        <w:rPr>
          <w:rFonts w:ascii="Segoe UI Symbol" w:hAnsi="Segoe UI Symbol" w:cs="Segoe UI Symbol"/>
          <w:noProof/>
          <w:szCs w:val="32"/>
        </w:rPr>
        <w:t>☐</w:t>
      </w:r>
      <w:r w:rsidR="00F25E89">
        <w:rPr>
          <w:rFonts w:ascii="Segoe UI Symbol" w:hAnsi="Segoe UI Symbol" w:cs="Segoe UI Symbol"/>
          <w:noProof/>
          <w:szCs w:val="32"/>
        </w:rPr>
        <w:t xml:space="preserve"> </w:t>
      </w:r>
      <w:r w:rsidRPr="009F5055">
        <w:rPr>
          <w:rFonts w:ascii="TH SarabunPSK" w:hAnsi="TH SarabunPSK" w:cs="TH SarabunPSK"/>
          <w:noProof/>
          <w:szCs w:val="32"/>
        </w:rPr>
        <w:t xml:space="preserve">5. รับราชการ/รัฐวิสาหกิจ    </w:t>
      </w:r>
      <w:r w:rsidR="0072710C" w:rsidRPr="009F5055">
        <w:rPr>
          <w:rFonts w:ascii="TH SarabunPSK" w:hAnsi="TH SarabunPSK" w:cs="TH SarabunPSK"/>
          <w:noProof/>
          <w:szCs w:val="32"/>
        </w:rPr>
        <w:tab/>
      </w:r>
      <w:r w:rsidR="00B2267F" w:rsidRPr="009F5055">
        <w:rPr>
          <w:rFonts w:ascii="Segoe UI Symbol" w:hAnsi="Segoe UI Symbol" w:cs="Segoe UI Symbol"/>
          <w:noProof/>
          <w:szCs w:val="32"/>
        </w:rPr>
        <w:t>☐</w:t>
      </w:r>
      <w:r w:rsidR="00F25E89">
        <w:rPr>
          <w:rFonts w:ascii="Segoe UI Symbol" w:hAnsi="Segoe UI Symbol" w:cs="Segoe UI Symbol"/>
          <w:noProof/>
          <w:szCs w:val="32"/>
        </w:rPr>
        <w:t xml:space="preserve"> </w:t>
      </w:r>
      <w:r w:rsidRPr="009F5055">
        <w:rPr>
          <w:rFonts w:ascii="TH SarabunPSK" w:hAnsi="TH SarabunPSK" w:cs="TH SarabunPSK"/>
          <w:noProof/>
          <w:szCs w:val="32"/>
        </w:rPr>
        <w:t>6. ธุรกิจส่วนตัว/เจ้าของธุรกิจ/ค้าขาย</w:t>
      </w:r>
    </w:p>
    <w:p w14:paraId="4CEEE845" w14:textId="3E619C2A" w:rsidR="001C69B2" w:rsidRPr="009F5055" w:rsidRDefault="00000000">
      <w:pPr>
        <w:spacing w:after="20" w:line="240" w:lineRule="auto"/>
        <w:rPr>
          <w:rFonts w:ascii="TH SarabunPSK" w:hAnsi="TH SarabunPSK" w:cs="TH SarabunPSK"/>
          <w:noProof/>
          <w:szCs w:val="32"/>
        </w:rPr>
      </w:pPr>
      <w:r w:rsidRPr="009F5055">
        <w:rPr>
          <w:rFonts w:ascii="TH SarabunPSK" w:hAnsi="TH SarabunPSK" w:cs="TH SarabunPSK"/>
          <w:noProof/>
          <w:szCs w:val="32"/>
        </w:rPr>
        <w:t xml:space="preserve">  </w:t>
      </w:r>
      <w:r w:rsidR="00B2267F" w:rsidRPr="009F5055">
        <w:rPr>
          <w:rFonts w:ascii="TH SarabunPSK" w:hAnsi="TH SarabunPSK" w:cs="TH SarabunPSK"/>
          <w:noProof/>
          <w:szCs w:val="32"/>
        </w:rPr>
        <w:t xml:space="preserve"> </w:t>
      </w:r>
      <w:r w:rsidRPr="009F5055">
        <w:rPr>
          <w:rFonts w:ascii="TH SarabunPSK" w:hAnsi="TH SarabunPSK" w:cs="TH SarabunPSK"/>
          <w:noProof/>
          <w:szCs w:val="32"/>
        </w:rPr>
        <w:t xml:space="preserve"> </w:t>
      </w:r>
      <w:r w:rsidR="00B2267F" w:rsidRPr="009F5055">
        <w:rPr>
          <w:rFonts w:ascii="Segoe UI Symbol" w:hAnsi="Segoe UI Symbol" w:cs="Segoe UI Symbol"/>
          <w:noProof/>
          <w:szCs w:val="32"/>
        </w:rPr>
        <w:t>☐</w:t>
      </w:r>
      <w:r w:rsidRPr="009F5055">
        <w:rPr>
          <w:rFonts w:ascii="TH SarabunPSK" w:hAnsi="TH SarabunPSK" w:cs="TH SarabunPSK"/>
          <w:noProof/>
          <w:sz w:val="44"/>
          <w:szCs w:val="44"/>
        </w:rPr>
        <w:t xml:space="preserve"> </w:t>
      </w:r>
      <w:r w:rsidRPr="009F5055">
        <w:rPr>
          <w:rFonts w:ascii="TH SarabunPSK" w:hAnsi="TH SarabunPSK" w:cs="TH SarabunPSK"/>
          <w:noProof/>
          <w:szCs w:val="32"/>
        </w:rPr>
        <w:t>7. อื่นๆ ระบุ ........................................................</w:t>
      </w:r>
    </w:p>
    <w:p w14:paraId="04518859" w14:textId="7E643C36" w:rsidR="001C69B2" w:rsidRPr="009F5055" w:rsidRDefault="00000000" w:rsidP="00B2267F">
      <w:pPr>
        <w:spacing w:after="20"/>
        <w:rPr>
          <w:rFonts w:ascii="TH SarabunPSK" w:hAnsi="TH SarabunPSK" w:cs="TH SarabunPSK"/>
          <w:noProof/>
          <w:szCs w:val="32"/>
          <w:lang w:bidi="th-TH"/>
        </w:rPr>
      </w:pPr>
      <w:r w:rsidRPr="009F5055">
        <w:rPr>
          <w:rFonts w:ascii="TH SarabunPSK" w:hAnsi="TH SarabunPSK" w:cs="TH SarabunPSK"/>
          <w:b/>
          <w:bCs/>
          <w:noProof/>
          <w:szCs w:val="32"/>
        </w:rPr>
        <w:lastRenderedPageBreak/>
        <w:t>1.5 ที่อยู่ปัจจุบัน หรือที่ตั้งสถานประกอบกิจการในตำบล</w:t>
      </w:r>
      <w:r w:rsidR="0072710C" w:rsidRPr="009F5055">
        <w:rPr>
          <w:rFonts w:ascii="TH SarabunPSK" w:hAnsi="TH SarabunPSK" w:cs="TH SarabunPSK"/>
          <w:b/>
          <w:bCs/>
          <w:noProof/>
          <w:szCs w:val="32"/>
          <w:cs/>
          <w:lang w:bidi="th-TH"/>
        </w:rPr>
        <w:t>ป่าสังข์</w:t>
      </w:r>
      <w:r w:rsidRPr="009F5055">
        <w:rPr>
          <w:rFonts w:ascii="TH SarabunPSK" w:hAnsi="TH SarabunPSK" w:cs="TH SarabunPSK"/>
          <w:noProof/>
          <w:szCs w:val="32"/>
        </w:rPr>
        <w:t xml:space="preserve"> หมู่ที่ ................. ตำบล</w:t>
      </w:r>
      <w:r w:rsidR="0072710C" w:rsidRPr="009F5055">
        <w:rPr>
          <w:rFonts w:ascii="TH SarabunPSK" w:hAnsi="TH SarabunPSK" w:cs="TH SarabunPSK"/>
          <w:noProof/>
          <w:szCs w:val="32"/>
          <w:cs/>
          <w:lang w:bidi="th-TH"/>
        </w:rPr>
        <w:t>ป่าสังข์</w:t>
      </w:r>
    </w:p>
    <w:p w14:paraId="1527967D" w14:textId="2CC365A9" w:rsidR="0072710C" w:rsidRPr="009F5055" w:rsidRDefault="0072710C">
      <w:pPr>
        <w:spacing w:after="20" w:line="240" w:lineRule="auto"/>
        <w:rPr>
          <w:rFonts w:ascii="TH SarabunPSK" w:hAnsi="TH SarabunPSK" w:cs="TH SarabunPSK"/>
          <w:b/>
          <w:bCs/>
          <w:noProof/>
          <w:szCs w:val="32"/>
          <w:lang w:bidi="th-TH"/>
        </w:rPr>
      </w:pPr>
      <w:r w:rsidRPr="009F5055">
        <w:rPr>
          <w:rFonts w:ascii="TH SarabunPSK" w:hAnsi="TH SarabunPSK" w:cs="TH SarabunPSK"/>
          <w:b/>
          <w:bCs/>
          <w:noProof/>
          <w:szCs w:val="32"/>
          <w:cs/>
          <w:lang w:bidi="th-TH"/>
        </w:rPr>
        <w:t>ส่วนที่ 2 ความคิดเห็นต่อร่างเทศบัญญัติเทศบาลตำบลป่าสังข์ ตามพระราชบัญญัติการสาธารณสุข พ.ศ. 2535 และที่แก้ไขเพิ่มเติม</w:t>
      </w:r>
    </w:p>
    <w:p w14:paraId="602B28AE" w14:textId="30653FE3" w:rsidR="0072710C" w:rsidRPr="009F5055" w:rsidRDefault="0072710C">
      <w:pPr>
        <w:spacing w:after="20" w:line="240" w:lineRule="auto"/>
        <w:rPr>
          <w:rFonts w:ascii="TH SarabunPSK" w:hAnsi="TH SarabunPSK" w:cs="TH SarabunPSK"/>
          <w:noProof/>
          <w:szCs w:val="32"/>
          <w:lang w:bidi="th-TH"/>
        </w:rPr>
      </w:pPr>
      <w:r w:rsidRPr="009F5055">
        <w:rPr>
          <w:rFonts w:ascii="TH SarabunPSK" w:hAnsi="TH SarabunPSK" w:cs="TH SarabunPSK"/>
          <w:b/>
          <w:bCs/>
          <w:noProof/>
          <w:szCs w:val="32"/>
          <w:cs/>
          <w:lang w:bidi="th-TH"/>
        </w:rPr>
        <w:t>คำชี้แจง</w:t>
      </w:r>
      <w:r w:rsidRPr="009F5055">
        <w:rPr>
          <w:rFonts w:ascii="TH SarabunPSK" w:hAnsi="TH SarabunPSK" w:cs="TH SarabunPSK"/>
          <w:noProof/>
          <w:szCs w:val="32"/>
          <w:cs/>
          <w:lang w:bidi="th-TH"/>
        </w:rPr>
        <w:t xml:space="preserve"> ท่านมีความคิดเห็นอย่างไรต่อร่างเทศบัญญัติฯ ของเทศบาลตำบลป่าสังข์ ทั้ง </w:t>
      </w:r>
      <w:r w:rsidR="00CE6FDC" w:rsidRPr="009F5055">
        <w:rPr>
          <w:rFonts w:ascii="TH SarabunPSK" w:hAnsi="TH SarabunPSK" w:cs="TH SarabunPSK"/>
          <w:noProof/>
          <w:szCs w:val="32"/>
          <w:cs/>
          <w:lang w:bidi="th-TH"/>
        </w:rPr>
        <w:t>6</w:t>
      </w:r>
      <w:r w:rsidRPr="009F5055">
        <w:rPr>
          <w:rFonts w:ascii="TH SarabunPSK" w:hAnsi="TH SarabunPSK" w:cs="TH SarabunPSK"/>
          <w:noProof/>
          <w:szCs w:val="32"/>
          <w:cs/>
          <w:lang w:bidi="th-TH"/>
        </w:rPr>
        <w:t xml:space="preserve"> ฉบับ</w:t>
      </w:r>
    </w:p>
    <w:p w14:paraId="670762F9" w14:textId="0446D0D9" w:rsidR="0072710C" w:rsidRPr="009F5055" w:rsidRDefault="00B2267F" w:rsidP="00B2267F">
      <w:pPr>
        <w:spacing w:after="0" w:line="240" w:lineRule="auto"/>
        <w:rPr>
          <w:rFonts w:ascii="Arial" w:hAnsi="Arial" w:cs="Arial"/>
          <w:noProof/>
          <w:szCs w:val="32"/>
        </w:rPr>
      </w:pPr>
      <w:r w:rsidRPr="009F5055">
        <w:rPr>
          <w:rFonts w:ascii="TH SarabunPSK" w:hAnsi="TH SarabunPSK" w:cs="TH SarabunPSK"/>
          <w:noProof/>
          <w:szCs w:val="32"/>
          <w:cs/>
          <w:lang w:bidi="th-TH"/>
        </w:rPr>
        <w:t xml:space="preserve">โปรดทำเครื่องหมาย </w:t>
      </w:r>
      <w:r w:rsidRPr="009F5055">
        <w:rPr>
          <w:rFonts w:ascii="Segoe UI Symbol" w:hAnsi="Segoe UI Symbol" w:cs="Segoe UI Symbol"/>
          <w:noProof/>
          <w:szCs w:val="32"/>
        </w:rPr>
        <w:t>✓</w:t>
      </w:r>
      <w:r w:rsidRPr="009F5055">
        <w:rPr>
          <w:rFonts w:ascii="TH SarabunPSK" w:hAnsi="TH SarabunPSK" w:cs="TH SarabunPSK"/>
          <w:noProof/>
          <w:szCs w:val="32"/>
          <w:cs/>
          <w:lang w:bidi="th-TH"/>
        </w:rPr>
        <w:t xml:space="preserve"> ลงใน </w:t>
      </w:r>
      <w:r w:rsidRPr="009F5055">
        <w:rPr>
          <w:rFonts w:ascii="TH SarabunPSK" w:hAnsi="TH SarabunPSK" w:cs="TH SarabunPSK"/>
          <w:noProof/>
          <w:szCs w:val="32"/>
        </w:rPr>
        <w:t xml:space="preserve"> </w:t>
      </w:r>
      <w:r w:rsidRPr="009F5055">
        <w:rPr>
          <w:rFonts w:ascii="Segoe UI Symbol" w:hAnsi="Segoe UI Symbol" w:cs="Segoe UI Symbol"/>
          <w:noProof/>
          <w:szCs w:val="32"/>
        </w:rPr>
        <w:t>☐</w:t>
      </w:r>
      <w:r w:rsidRPr="009F5055">
        <w:rPr>
          <w:rFonts w:ascii="TH SarabunPSK" w:hAnsi="TH SarabunPSK" w:cs="TH SarabunPSK"/>
          <w:noProof/>
          <w:szCs w:val="32"/>
          <w:cs/>
          <w:lang w:bidi="th-TH"/>
        </w:rPr>
        <w:t xml:space="preserve"> ตามความคิดเห็นของท่าน</w:t>
      </w:r>
    </w:p>
    <w:p w14:paraId="3840D8D0" w14:textId="59AD08FE" w:rsidR="00B2267F" w:rsidRPr="009F5055" w:rsidRDefault="00AD146D" w:rsidP="00B2267F">
      <w:pPr>
        <w:spacing w:after="0" w:line="240" w:lineRule="auto"/>
        <w:rPr>
          <w:rFonts w:ascii="TH SarabunPSK" w:hAnsi="TH SarabunPSK" w:cs="TH SarabunPSK"/>
          <w:b/>
          <w:bCs/>
          <w:noProof/>
          <w:szCs w:val="32"/>
          <w:lang w:bidi="th-TH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0BDC8A4" wp14:editId="2D59D9D3">
            <wp:simplePos x="0" y="0"/>
            <wp:positionH relativeFrom="column">
              <wp:posOffset>3832860</wp:posOffset>
            </wp:positionH>
            <wp:positionV relativeFrom="paragraph">
              <wp:posOffset>264160</wp:posOffset>
            </wp:positionV>
            <wp:extent cx="769620" cy="769620"/>
            <wp:effectExtent l="0" t="0" r="0" b="0"/>
            <wp:wrapNone/>
            <wp:docPr id="562573585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267F" w:rsidRPr="009F5055">
        <w:rPr>
          <w:rFonts w:ascii="TH SarabunPSK" w:hAnsi="TH SarabunPSK" w:cs="TH SarabunPSK"/>
          <w:b/>
          <w:bCs/>
          <w:noProof/>
          <w:szCs w:val="32"/>
          <w:cs/>
          <w:lang w:bidi="th-TH"/>
        </w:rPr>
        <w:t>2.1 ร่างเทศบัญญัติเทศบาลตำบลป่าสังข์ เรื่อง การจัดการสิ่งป</w:t>
      </w:r>
      <w:r w:rsidR="00683574" w:rsidRPr="009F5055">
        <w:rPr>
          <w:rFonts w:ascii="TH SarabunPSK" w:hAnsi="TH SarabunPSK" w:cs="TH SarabunPSK"/>
          <w:b/>
          <w:bCs/>
          <w:noProof/>
          <w:szCs w:val="32"/>
          <w:cs/>
          <w:lang w:bidi="th-TH"/>
        </w:rPr>
        <w:t>ฏิ</w:t>
      </w:r>
      <w:r w:rsidR="00B2267F" w:rsidRPr="009F5055">
        <w:rPr>
          <w:rFonts w:ascii="TH SarabunPSK" w:hAnsi="TH SarabunPSK" w:cs="TH SarabunPSK"/>
          <w:b/>
          <w:bCs/>
          <w:noProof/>
          <w:szCs w:val="32"/>
          <w:cs/>
          <w:lang w:bidi="th-TH"/>
        </w:rPr>
        <w:t>กูลและมูลฝอย</w:t>
      </w:r>
    </w:p>
    <w:p w14:paraId="0EEDD2CB" w14:textId="4C905F83" w:rsidR="00683574" w:rsidRPr="009F5055" w:rsidRDefault="00683574" w:rsidP="00B2267F">
      <w:pPr>
        <w:spacing w:after="0" w:line="240" w:lineRule="auto"/>
        <w:rPr>
          <w:rFonts w:ascii="TH SarabunPSK" w:hAnsi="TH SarabunPSK" w:cs="TH SarabunPSK"/>
          <w:noProof/>
          <w:szCs w:val="32"/>
          <w:lang w:bidi="th-TH"/>
        </w:rPr>
      </w:pPr>
    </w:p>
    <w:p w14:paraId="5E05FFE2" w14:textId="77777777" w:rsidR="00683574" w:rsidRPr="009F5055" w:rsidRDefault="00683574" w:rsidP="00B2267F">
      <w:pPr>
        <w:spacing w:after="0" w:line="240" w:lineRule="auto"/>
        <w:rPr>
          <w:rFonts w:ascii="TH SarabunPSK" w:hAnsi="TH SarabunPSK" w:cs="TH SarabunPSK"/>
          <w:noProof/>
          <w:szCs w:val="32"/>
          <w:lang w:bidi="th-TH"/>
        </w:rPr>
      </w:pPr>
    </w:p>
    <w:p w14:paraId="7AD6C0D1" w14:textId="73D4A6F1" w:rsidR="00B2267F" w:rsidRPr="009F5055" w:rsidRDefault="00B2267F" w:rsidP="00B2267F">
      <w:pPr>
        <w:spacing w:after="0" w:line="240" w:lineRule="auto"/>
        <w:rPr>
          <w:rFonts w:ascii="TH SarabunPSK" w:hAnsi="TH SarabunPSK" w:cs="TH SarabunPSK" w:hint="cs"/>
          <w:noProof/>
          <w:szCs w:val="32"/>
          <w:cs/>
          <w:lang w:bidi="th-TH"/>
        </w:rPr>
      </w:pPr>
      <w:r w:rsidRPr="009F5055">
        <w:rPr>
          <w:rFonts w:ascii="TH SarabunPSK" w:hAnsi="TH SarabunPSK" w:cs="TH SarabunPSK"/>
          <w:noProof/>
          <w:szCs w:val="32"/>
          <w:cs/>
          <w:lang w:bidi="th-TH"/>
        </w:rPr>
        <w:tab/>
      </w:r>
      <w:r w:rsidRPr="009F5055">
        <w:rPr>
          <w:rFonts w:ascii="Segoe UI Symbol" w:hAnsi="Segoe UI Symbol" w:cs="Segoe UI Symbol"/>
          <w:noProof/>
          <w:szCs w:val="32"/>
          <w:cs/>
          <w:lang w:bidi="th-TH"/>
        </w:rPr>
        <w:t>☐</w:t>
      </w:r>
      <w:r w:rsidR="00683574" w:rsidRPr="009F5055">
        <w:rPr>
          <w:rFonts w:ascii="TH SarabunPSK" w:hAnsi="TH SarabunPSK" w:cs="TH SarabunPSK"/>
          <w:noProof/>
          <w:szCs w:val="32"/>
          <w:cs/>
          <w:lang w:bidi="th-TH"/>
        </w:rPr>
        <w:t xml:space="preserve"> 1. เห็นด้วยกับร่างเทศบัญญัติดังกล่าวทั้งฉบับ</w:t>
      </w:r>
    </w:p>
    <w:p w14:paraId="6C3FF63A" w14:textId="2E2BF0FF" w:rsidR="00683574" w:rsidRPr="009F5055" w:rsidRDefault="00683574" w:rsidP="00B2267F">
      <w:pPr>
        <w:spacing w:after="0" w:line="240" w:lineRule="auto"/>
        <w:rPr>
          <w:rFonts w:ascii="TH SarabunPSK" w:hAnsi="TH SarabunPSK"/>
          <w:noProof/>
          <w:szCs w:val="32"/>
          <w:lang w:bidi="th-TH"/>
        </w:rPr>
      </w:pPr>
      <w:r w:rsidRPr="009F5055">
        <w:rPr>
          <w:rFonts w:ascii="TH SarabunPSK" w:hAnsi="TH SarabunPSK" w:cs="TH SarabunPSK"/>
          <w:noProof/>
          <w:szCs w:val="32"/>
          <w:cs/>
          <w:lang w:bidi="th-TH"/>
        </w:rPr>
        <w:tab/>
      </w:r>
      <w:r w:rsidRPr="009F5055">
        <w:rPr>
          <w:rFonts w:ascii="Segoe UI Symbol" w:hAnsi="Segoe UI Symbol" w:cs="Segoe UI Symbol"/>
          <w:noProof/>
          <w:szCs w:val="32"/>
          <w:cs/>
          <w:lang w:bidi="th-TH"/>
        </w:rPr>
        <w:t>☐</w:t>
      </w:r>
      <w:r w:rsidRPr="009F5055">
        <w:rPr>
          <w:rFonts w:ascii="TH SarabunPSK" w:hAnsi="TH SarabunPSK" w:cs="TH SarabunPSK"/>
          <w:noProof/>
          <w:szCs w:val="32"/>
          <w:cs/>
          <w:lang w:bidi="th-TH"/>
        </w:rPr>
        <w:t xml:space="preserve"> 2. เห็นด้วยกับร่างเทศบัญญัติดังกล่าว ยกเว้นข้อ</w:t>
      </w:r>
      <w:r w:rsidRPr="009F5055">
        <w:rPr>
          <w:rFonts w:ascii="TH SarabunPSK" w:hAnsi="TH SarabunPSK"/>
          <w:noProof/>
          <w:szCs w:val="32"/>
          <w:cs/>
          <w:lang w:bidi="th-TH"/>
        </w:rPr>
        <w:t>.............................................................................</w:t>
      </w:r>
      <w:r w:rsidRPr="009F5055">
        <w:rPr>
          <w:rFonts w:ascii="TH SarabunPSK" w:hAnsi="TH SarabunPSK"/>
          <w:noProof/>
          <w:szCs w:val="32"/>
          <w:lang w:bidi="th-TH"/>
        </w:rPr>
        <w:t>.......</w:t>
      </w:r>
    </w:p>
    <w:p w14:paraId="1FAF8971" w14:textId="2B09F687" w:rsidR="00683574" w:rsidRPr="009F5055" w:rsidRDefault="00683574" w:rsidP="00B2267F">
      <w:pPr>
        <w:spacing w:after="0" w:line="240" w:lineRule="auto"/>
        <w:rPr>
          <w:rFonts w:ascii="TH SarabunPSK" w:hAnsi="TH SarabunPSK" w:cs="TH SarabunPSK"/>
          <w:noProof/>
          <w:szCs w:val="32"/>
          <w:lang w:bidi="th-TH"/>
        </w:rPr>
      </w:pPr>
      <w:r w:rsidRPr="009F5055">
        <w:rPr>
          <w:rFonts w:ascii="TH SarabunPSK" w:hAnsi="TH SarabunPSK" w:cs="TH SarabunPSK"/>
          <w:noProof/>
          <w:szCs w:val="32"/>
          <w:cs/>
          <w:lang w:bidi="th-TH"/>
        </w:rPr>
        <w:t>โดยขอเสนอแนะให้แก้ไขเทศบัญญัติดังกล่าว ดังนี้................................................................................................................</w:t>
      </w:r>
    </w:p>
    <w:p w14:paraId="51429F6C" w14:textId="65B8BB20" w:rsidR="00683574" w:rsidRPr="009F5055" w:rsidRDefault="00683574" w:rsidP="00B2267F">
      <w:pPr>
        <w:spacing w:after="0" w:line="240" w:lineRule="auto"/>
        <w:rPr>
          <w:rFonts w:ascii="TH SarabunPSK" w:hAnsi="TH SarabunPSK" w:cs="TH SarabunPSK"/>
          <w:noProof/>
          <w:szCs w:val="32"/>
          <w:lang w:bidi="th-TH"/>
        </w:rPr>
      </w:pPr>
      <w:r w:rsidRPr="009F5055">
        <w:rPr>
          <w:rFonts w:ascii="TH SarabunPSK" w:hAnsi="TH SarabunPSK" w:cs="TH SarabunPSK"/>
          <w:noProof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..............................................................................................................................................................................................</w:t>
      </w:r>
    </w:p>
    <w:p w14:paraId="546D0769" w14:textId="46D4B798" w:rsidR="00683574" w:rsidRPr="009F5055" w:rsidRDefault="00683574" w:rsidP="00B2267F">
      <w:pPr>
        <w:spacing w:after="0" w:line="240" w:lineRule="auto"/>
        <w:rPr>
          <w:rFonts w:ascii="TH SarabunPSK" w:hAnsi="TH SarabunPSK" w:cs="TH SarabunPSK"/>
          <w:noProof/>
          <w:szCs w:val="32"/>
          <w:lang w:bidi="th-TH"/>
        </w:rPr>
      </w:pPr>
      <w:r w:rsidRPr="009F5055">
        <w:rPr>
          <w:rFonts w:ascii="TH SarabunPSK" w:hAnsi="TH SarabunPSK" w:cs="TH SarabunPSK"/>
          <w:noProof/>
          <w:szCs w:val="32"/>
          <w:cs/>
          <w:lang w:bidi="th-TH"/>
        </w:rPr>
        <w:tab/>
      </w:r>
      <w:r w:rsidRPr="009F5055">
        <w:rPr>
          <w:rFonts w:ascii="Segoe UI Symbol" w:hAnsi="Segoe UI Symbol" w:cs="Segoe UI Symbol"/>
          <w:noProof/>
          <w:szCs w:val="32"/>
          <w:cs/>
          <w:lang w:bidi="th-TH"/>
        </w:rPr>
        <w:t>☐</w:t>
      </w:r>
      <w:r w:rsidRPr="009F5055">
        <w:rPr>
          <w:rFonts w:ascii="TH SarabunPSK" w:hAnsi="TH SarabunPSK" w:cs="TH SarabunPSK"/>
          <w:noProof/>
          <w:szCs w:val="32"/>
          <w:cs/>
          <w:lang w:bidi="th-TH"/>
        </w:rPr>
        <w:t xml:space="preserve"> 3.ไม่เห็นด้วยกับร่างเทศบัญญัติดังกล่าวทั้งฉบับ เพราะ....................................................................................</w:t>
      </w:r>
    </w:p>
    <w:p w14:paraId="7013F37E" w14:textId="39858A3A" w:rsidR="00683574" w:rsidRPr="009F5055" w:rsidRDefault="00683574" w:rsidP="004779B4">
      <w:pPr>
        <w:spacing w:after="0"/>
        <w:rPr>
          <w:rFonts w:ascii="TH SarabunPSK" w:hAnsi="TH SarabunPSK" w:cs="TH SarabunPSK"/>
          <w:noProof/>
          <w:szCs w:val="32"/>
          <w:lang w:bidi="th-TH"/>
        </w:rPr>
      </w:pPr>
      <w:r w:rsidRPr="009F5055">
        <w:rPr>
          <w:rFonts w:ascii="TH SarabunPSK" w:hAnsi="TH SarabunPSK" w:cs="TH SarabunPSK"/>
          <w:noProof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..............................................................................................................................................................................................</w:t>
      </w:r>
    </w:p>
    <w:p w14:paraId="5C53EBA4" w14:textId="2ABE367C" w:rsidR="00683574" w:rsidRPr="009F5055" w:rsidRDefault="007040AF" w:rsidP="00B2267F">
      <w:pPr>
        <w:spacing w:after="0" w:line="240" w:lineRule="auto"/>
        <w:rPr>
          <w:rFonts w:ascii="TH SarabunPSK" w:hAnsi="TH SarabunPSK" w:cs="TH SarabunPSK"/>
          <w:b/>
          <w:bCs/>
          <w:noProof/>
          <w:szCs w:val="32"/>
          <w:lang w:bidi="th-TH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0BEA99D5" wp14:editId="2B52ED31">
            <wp:simplePos x="0" y="0"/>
            <wp:positionH relativeFrom="column">
              <wp:posOffset>3878580</wp:posOffset>
            </wp:positionH>
            <wp:positionV relativeFrom="paragraph">
              <wp:posOffset>266065</wp:posOffset>
            </wp:positionV>
            <wp:extent cx="769620" cy="769620"/>
            <wp:effectExtent l="0" t="0" r="0" b="0"/>
            <wp:wrapNone/>
            <wp:docPr id="673827034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3574" w:rsidRPr="009F5055">
        <w:rPr>
          <w:rFonts w:ascii="TH SarabunPSK" w:hAnsi="TH SarabunPSK" w:cs="TH SarabunPSK"/>
          <w:b/>
          <w:bCs/>
          <w:noProof/>
          <w:szCs w:val="32"/>
          <w:cs/>
          <w:lang w:bidi="th-TH"/>
        </w:rPr>
        <w:t>2.2 ร่างเทศบัญญัติเทศบาลตำบลป่าสังข์ เรื่อง การควบคุม</w:t>
      </w:r>
      <w:r w:rsidR="004779B4" w:rsidRPr="009F5055">
        <w:rPr>
          <w:rFonts w:ascii="TH SarabunPSK" w:hAnsi="TH SarabunPSK" w:cs="TH SarabunPSK"/>
          <w:b/>
          <w:bCs/>
          <w:noProof/>
          <w:szCs w:val="32"/>
          <w:cs/>
          <w:lang w:bidi="th-TH"/>
        </w:rPr>
        <w:t>กิจการที่เป็นอันตรายต่อสุขภาพ</w:t>
      </w:r>
    </w:p>
    <w:p w14:paraId="1D6D749A" w14:textId="218948E5" w:rsidR="004779B4" w:rsidRPr="009F5055" w:rsidRDefault="004779B4" w:rsidP="00B2267F">
      <w:pPr>
        <w:spacing w:after="0" w:line="240" w:lineRule="auto"/>
        <w:rPr>
          <w:rFonts w:ascii="TH SarabunPSK" w:hAnsi="TH SarabunPSK" w:cs="TH SarabunPSK"/>
          <w:b/>
          <w:bCs/>
          <w:noProof/>
          <w:szCs w:val="32"/>
          <w:lang w:bidi="th-TH"/>
        </w:rPr>
      </w:pPr>
    </w:p>
    <w:p w14:paraId="397A4920" w14:textId="77777777" w:rsidR="00B55339" w:rsidRPr="009F5055" w:rsidRDefault="00B55339" w:rsidP="00B2267F">
      <w:pPr>
        <w:spacing w:after="0" w:line="240" w:lineRule="auto"/>
        <w:rPr>
          <w:rFonts w:ascii="TH SarabunPSK" w:hAnsi="TH SarabunPSK" w:cs="TH SarabunPSK"/>
          <w:b/>
          <w:bCs/>
          <w:noProof/>
          <w:szCs w:val="32"/>
          <w:lang w:bidi="th-TH"/>
        </w:rPr>
      </w:pPr>
    </w:p>
    <w:p w14:paraId="59A4E1D4" w14:textId="77777777" w:rsidR="004779B4" w:rsidRPr="009F5055" w:rsidRDefault="004779B4" w:rsidP="004779B4">
      <w:pPr>
        <w:spacing w:after="0" w:line="240" w:lineRule="auto"/>
        <w:ind w:firstLine="720"/>
        <w:rPr>
          <w:rFonts w:ascii="TH SarabunPSK" w:hAnsi="TH SarabunPSK" w:cs="TH SarabunPSK"/>
          <w:noProof/>
          <w:szCs w:val="32"/>
          <w:lang w:bidi="th-TH"/>
        </w:rPr>
      </w:pPr>
      <w:r w:rsidRPr="009F5055">
        <w:rPr>
          <w:rFonts w:ascii="Segoe UI Symbol" w:hAnsi="Segoe UI Symbol" w:cs="Segoe UI Symbol"/>
          <w:noProof/>
          <w:szCs w:val="32"/>
          <w:cs/>
          <w:lang w:bidi="th-TH"/>
        </w:rPr>
        <w:t>☐</w:t>
      </w:r>
      <w:r w:rsidRPr="009F5055">
        <w:rPr>
          <w:rFonts w:ascii="TH SarabunPSK" w:hAnsi="TH SarabunPSK" w:cs="TH SarabunPSK"/>
          <w:noProof/>
          <w:szCs w:val="32"/>
          <w:cs/>
          <w:lang w:bidi="th-TH"/>
        </w:rPr>
        <w:t xml:space="preserve"> 1. เห็นด้วยกับร่างเทศบัญญัติดังกล่าวทั้งฉบับ</w:t>
      </w:r>
    </w:p>
    <w:p w14:paraId="257859FC" w14:textId="77777777" w:rsidR="004779B4" w:rsidRPr="009F5055" w:rsidRDefault="004779B4" w:rsidP="004779B4">
      <w:pPr>
        <w:spacing w:after="0" w:line="240" w:lineRule="auto"/>
        <w:rPr>
          <w:rFonts w:ascii="TH SarabunPSK" w:hAnsi="TH SarabunPSK"/>
          <w:noProof/>
          <w:szCs w:val="32"/>
          <w:lang w:bidi="th-TH"/>
        </w:rPr>
      </w:pPr>
      <w:r w:rsidRPr="009F5055">
        <w:rPr>
          <w:rFonts w:ascii="TH SarabunPSK" w:hAnsi="TH SarabunPSK" w:cs="TH SarabunPSK"/>
          <w:noProof/>
          <w:szCs w:val="32"/>
          <w:cs/>
          <w:lang w:bidi="th-TH"/>
        </w:rPr>
        <w:tab/>
      </w:r>
      <w:r w:rsidRPr="009F5055">
        <w:rPr>
          <w:rFonts w:ascii="Segoe UI Symbol" w:hAnsi="Segoe UI Symbol" w:cs="Segoe UI Symbol"/>
          <w:noProof/>
          <w:szCs w:val="32"/>
          <w:cs/>
          <w:lang w:bidi="th-TH"/>
        </w:rPr>
        <w:t>☐</w:t>
      </w:r>
      <w:r w:rsidRPr="009F5055">
        <w:rPr>
          <w:rFonts w:ascii="TH SarabunPSK" w:hAnsi="TH SarabunPSK" w:cs="TH SarabunPSK"/>
          <w:noProof/>
          <w:szCs w:val="32"/>
          <w:cs/>
          <w:lang w:bidi="th-TH"/>
        </w:rPr>
        <w:t xml:space="preserve"> 2. เห็นด้วยกับร่างเทศบัญญัติดังกล่าว ยกเว้นข้อ</w:t>
      </w:r>
      <w:r w:rsidRPr="009F5055">
        <w:rPr>
          <w:rFonts w:ascii="TH SarabunPSK" w:hAnsi="TH SarabunPSK"/>
          <w:noProof/>
          <w:szCs w:val="32"/>
          <w:cs/>
          <w:lang w:bidi="th-TH"/>
        </w:rPr>
        <w:t>.............................................................................</w:t>
      </w:r>
      <w:r w:rsidRPr="009F5055">
        <w:rPr>
          <w:rFonts w:ascii="TH SarabunPSK" w:hAnsi="TH SarabunPSK"/>
          <w:noProof/>
          <w:szCs w:val="32"/>
          <w:lang w:bidi="th-TH"/>
        </w:rPr>
        <w:t>.......</w:t>
      </w:r>
    </w:p>
    <w:p w14:paraId="1520D577" w14:textId="77777777" w:rsidR="004779B4" w:rsidRPr="009F5055" w:rsidRDefault="004779B4" w:rsidP="004779B4">
      <w:pPr>
        <w:spacing w:after="0" w:line="240" w:lineRule="auto"/>
        <w:rPr>
          <w:rFonts w:ascii="TH SarabunPSK" w:hAnsi="TH SarabunPSK" w:cs="TH SarabunPSK"/>
          <w:noProof/>
          <w:szCs w:val="32"/>
          <w:lang w:bidi="th-TH"/>
        </w:rPr>
      </w:pPr>
      <w:r w:rsidRPr="009F5055">
        <w:rPr>
          <w:rFonts w:ascii="TH SarabunPSK" w:hAnsi="TH SarabunPSK" w:cs="TH SarabunPSK"/>
          <w:noProof/>
          <w:szCs w:val="32"/>
          <w:cs/>
          <w:lang w:bidi="th-TH"/>
        </w:rPr>
        <w:t>โดยขอเสนอแนะให้แก้ไขเทศบัญญัติดังกล่าว ดังนี้................................................................................................................</w:t>
      </w:r>
    </w:p>
    <w:p w14:paraId="27AA038F" w14:textId="77777777" w:rsidR="004779B4" w:rsidRPr="009F5055" w:rsidRDefault="004779B4" w:rsidP="004779B4">
      <w:pPr>
        <w:spacing w:after="0" w:line="240" w:lineRule="auto"/>
        <w:rPr>
          <w:rFonts w:ascii="TH SarabunPSK" w:hAnsi="TH SarabunPSK" w:cs="TH SarabunPSK"/>
          <w:noProof/>
          <w:szCs w:val="32"/>
          <w:lang w:bidi="th-TH"/>
        </w:rPr>
      </w:pPr>
      <w:r w:rsidRPr="009F5055">
        <w:rPr>
          <w:rFonts w:ascii="TH SarabunPSK" w:hAnsi="TH SarabunPSK" w:cs="TH SarabunPSK"/>
          <w:noProof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..............................................................................................................................................................................................</w:t>
      </w:r>
    </w:p>
    <w:p w14:paraId="405749CF" w14:textId="77777777" w:rsidR="004779B4" w:rsidRPr="009F5055" w:rsidRDefault="004779B4" w:rsidP="004779B4">
      <w:pPr>
        <w:spacing w:after="0" w:line="240" w:lineRule="auto"/>
        <w:rPr>
          <w:rFonts w:ascii="TH SarabunPSK" w:hAnsi="TH SarabunPSK" w:cs="TH SarabunPSK"/>
          <w:noProof/>
          <w:szCs w:val="32"/>
          <w:lang w:bidi="th-TH"/>
        </w:rPr>
      </w:pPr>
      <w:r w:rsidRPr="009F5055">
        <w:rPr>
          <w:rFonts w:ascii="TH SarabunPSK" w:hAnsi="TH SarabunPSK" w:cs="TH SarabunPSK"/>
          <w:noProof/>
          <w:szCs w:val="32"/>
          <w:cs/>
          <w:lang w:bidi="th-TH"/>
        </w:rPr>
        <w:tab/>
      </w:r>
      <w:r w:rsidRPr="009F5055">
        <w:rPr>
          <w:rFonts w:ascii="Segoe UI Symbol" w:hAnsi="Segoe UI Symbol" w:cs="Segoe UI Symbol"/>
          <w:noProof/>
          <w:szCs w:val="32"/>
          <w:cs/>
          <w:lang w:bidi="th-TH"/>
        </w:rPr>
        <w:t>☐</w:t>
      </w:r>
      <w:r w:rsidRPr="009F5055">
        <w:rPr>
          <w:rFonts w:ascii="TH SarabunPSK" w:hAnsi="TH SarabunPSK" w:cs="TH SarabunPSK"/>
          <w:noProof/>
          <w:szCs w:val="32"/>
          <w:cs/>
          <w:lang w:bidi="th-TH"/>
        </w:rPr>
        <w:t xml:space="preserve"> 3.ไม่เห็นด้วยกับร่างเทศบัญญัติดังกล่าวทั้งฉบับ เพราะ....................................................................................</w:t>
      </w:r>
    </w:p>
    <w:p w14:paraId="3C851C8B" w14:textId="6FB76143" w:rsidR="004779B4" w:rsidRPr="009F5055" w:rsidRDefault="004779B4" w:rsidP="004779B4">
      <w:pPr>
        <w:spacing w:after="0"/>
        <w:rPr>
          <w:rFonts w:ascii="TH SarabunPSK" w:hAnsi="TH SarabunPSK" w:cs="TH SarabunPSK"/>
          <w:b/>
          <w:bCs/>
          <w:noProof/>
          <w:szCs w:val="32"/>
          <w:lang w:bidi="th-TH"/>
        </w:rPr>
      </w:pPr>
      <w:r w:rsidRPr="009F5055">
        <w:rPr>
          <w:rFonts w:ascii="TH SarabunPSK" w:hAnsi="TH SarabunPSK" w:cs="TH SarabunPSK"/>
          <w:noProof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..............................................................................................................................................................................................</w:t>
      </w:r>
    </w:p>
    <w:p w14:paraId="0CEB8EEE" w14:textId="7625F703" w:rsidR="004779B4" w:rsidRPr="009F5055" w:rsidRDefault="007040AF" w:rsidP="004779B4">
      <w:pPr>
        <w:spacing w:after="0" w:line="240" w:lineRule="auto"/>
        <w:rPr>
          <w:rFonts w:ascii="TH SarabunPSK" w:hAnsi="TH SarabunPSK" w:cs="TH SarabunPSK"/>
          <w:b/>
          <w:bCs/>
          <w:noProof/>
          <w:szCs w:val="32"/>
          <w:lang w:bidi="th-TH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92E0808" wp14:editId="095B1F62">
            <wp:simplePos x="0" y="0"/>
            <wp:positionH relativeFrom="column">
              <wp:posOffset>3878580</wp:posOffset>
            </wp:positionH>
            <wp:positionV relativeFrom="paragraph">
              <wp:posOffset>267970</wp:posOffset>
            </wp:positionV>
            <wp:extent cx="792480" cy="792480"/>
            <wp:effectExtent l="0" t="0" r="7620" b="7620"/>
            <wp:wrapNone/>
            <wp:docPr id="23314848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79B4" w:rsidRPr="009F5055">
        <w:rPr>
          <w:rFonts w:ascii="TH SarabunPSK" w:hAnsi="TH SarabunPSK" w:cs="TH SarabunPSK"/>
          <w:b/>
          <w:bCs/>
          <w:noProof/>
          <w:szCs w:val="32"/>
          <w:cs/>
          <w:lang w:bidi="th-TH"/>
        </w:rPr>
        <w:t xml:space="preserve">2.3 ร่างเทศบัญญัติเทศบาลตำบลป่าสังข์ เรื่อง </w:t>
      </w:r>
      <w:r w:rsidR="00915870" w:rsidRPr="009F5055">
        <w:rPr>
          <w:rFonts w:ascii="TH SarabunPSK" w:hAnsi="TH SarabunPSK" w:cs="TH SarabunPSK"/>
          <w:b/>
          <w:bCs/>
          <w:noProof/>
          <w:szCs w:val="32"/>
          <w:cs/>
          <w:lang w:bidi="th-TH"/>
        </w:rPr>
        <w:t>การควบคุมสถานที่จำหน่ายอาหารและสถานที่สะสมอาหาร</w:t>
      </w:r>
    </w:p>
    <w:p w14:paraId="0CF1B41A" w14:textId="52432D19" w:rsidR="00915870" w:rsidRPr="009F5055" w:rsidRDefault="00915870" w:rsidP="004779B4">
      <w:pPr>
        <w:spacing w:after="0" w:line="240" w:lineRule="auto"/>
        <w:rPr>
          <w:rFonts w:ascii="TH SarabunPSK" w:hAnsi="TH SarabunPSK" w:cs="TH SarabunPSK"/>
          <w:b/>
          <w:bCs/>
          <w:noProof/>
          <w:sz w:val="40"/>
          <w:szCs w:val="40"/>
          <w:lang w:bidi="th-TH"/>
        </w:rPr>
      </w:pPr>
    </w:p>
    <w:p w14:paraId="4DFBE0B5" w14:textId="77777777" w:rsidR="00915870" w:rsidRPr="009F5055" w:rsidRDefault="00915870" w:rsidP="004779B4">
      <w:pPr>
        <w:spacing w:after="0" w:line="240" w:lineRule="auto"/>
        <w:rPr>
          <w:rFonts w:ascii="TH SarabunPSK" w:hAnsi="TH SarabunPSK" w:cs="TH SarabunPSK"/>
          <w:b/>
          <w:bCs/>
          <w:noProof/>
          <w:szCs w:val="32"/>
          <w:lang w:bidi="th-TH"/>
        </w:rPr>
      </w:pPr>
    </w:p>
    <w:p w14:paraId="29DFDF74" w14:textId="49E31981" w:rsidR="00915870" w:rsidRPr="009F5055" w:rsidRDefault="00915870" w:rsidP="00915870">
      <w:pPr>
        <w:spacing w:after="0" w:line="240" w:lineRule="auto"/>
        <w:ind w:firstLine="720"/>
        <w:rPr>
          <w:rFonts w:ascii="TH SarabunPSK" w:hAnsi="TH SarabunPSK" w:cs="TH SarabunPSK"/>
          <w:noProof/>
          <w:szCs w:val="32"/>
          <w:lang w:bidi="th-TH"/>
        </w:rPr>
      </w:pPr>
      <w:r w:rsidRPr="009F5055">
        <w:rPr>
          <w:rFonts w:ascii="Segoe UI Symbol" w:hAnsi="Segoe UI Symbol" w:cs="Segoe UI Symbol"/>
          <w:noProof/>
          <w:szCs w:val="32"/>
          <w:cs/>
          <w:lang w:bidi="th-TH"/>
        </w:rPr>
        <w:t>☐</w:t>
      </w:r>
      <w:r w:rsidRPr="009F5055">
        <w:rPr>
          <w:rFonts w:ascii="TH SarabunPSK" w:hAnsi="TH SarabunPSK" w:cs="TH SarabunPSK"/>
          <w:noProof/>
          <w:szCs w:val="32"/>
          <w:cs/>
          <w:lang w:bidi="th-TH"/>
        </w:rPr>
        <w:t xml:space="preserve"> 1. เห็นด้วยกับร่างเทศบัญญัติดังกล่าวทั้งฉบับ</w:t>
      </w:r>
    </w:p>
    <w:p w14:paraId="0C8C346B" w14:textId="77777777" w:rsidR="00915870" w:rsidRPr="009F5055" w:rsidRDefault="00915870" w:rsidP="00915870">
      <w:pPr>
        <w:spacing w:after="0" w:line="240" w:lineRule="auto"/>
        <w:rPr>
          <w:rFonts w:ascii="TH SarabunPSK" w:hAnsi="TH SarabunPSK"/>
          <w:noProof/>
          <w:szCs w:val="32"/>
          <w:lang w:bidi="th-TH"/>
        </w:rPr>
      </w:pPr>
      <w:r w:rsidRPr="009F5055">
        <w:rPr>
          <w:rFonts w:ascii="TH SarabunPSK" w:hAnsi="TH SarabunPSK" w:cs="TH SarabunPSK"/>
          <w:noProof/>
          <w:szCs w:val="32"/>
          <w:cs/>
          <w:lang w:bidi="th-TH"/>
        </w:rPr>
        <w:tab/>
      </w:r>
      <w:r w:rsidRPr="009F5055">
        <w:rPr>
          <w:rFonts w:ascii="Segoe UI Symbol" w:hAnsi="Segoe UI Symbol" w:cs="Segoe UI Symbol"/>
          <w:noProof/>
          <w:szCs w:val="32"/>
          <w:cs/>
          <w:lang w:bidi="th-TH"/>
        </w:rPr>
        <w:t>☐</w:t>
      </w:r>
      <w:r w:rsidRPr="009F5055">
        <w:rPr>
          <w:rFonts w:ascii="TH SarabunPSK" w:hAnsi="TH SarabunPSK" w:cs="TH SarabunPSK"/>
          <w:noProof/>
          <w:szCs w:val="32"/>
          <w:cs/>
          <w:lang w:bidi="th-TH"/>
        </w:rPr>
        <w:t xml:space="preserve"> 2. เห็นด้วยกับร่างเทศบัญญัติดังกล่าว ยกเว้นข้อ</w:t>
      </w:r>
      <w:r w:rsidRPr="009F5055">
        <w:rPr>
          <w:rFonts w:ascii="TH SarabunPSK" w:hAnsi="TH SarabunPSK"/>
          <w:noProof/>
          <w:szCs w:val="32"/>
          <w:cs/>
          <w:lang w:bidi="th-TH"/>
        </w:rPr>
        <w:t>.............................................................................</w:t>
      </w:r>
      <w:r w:rsidRPr="009F5055">
        <w:rPr>
          <w:rFonts w:ascii="TH SarabunPSK" w:hAnsi="TH SarabunPSK"/>
          <w:noProof/>
          <w:szCs w:val="32"/>
          <w:lang w:bidi="th-TH"/>
        </w:rPr>
        <w:t>.......</w:t>
      </w:r>
    </w:p>
    <w:p w14:paraId="79C3A716" w14:textId="77777777" w:rsidR="00915870" w:rsidRPr="009F5055" w:rsidRDefault="00915870" w:rsidP="00915870">
      <w:pPr>
        <w:spacing w:after="0" w:line="240" w:lineRule="auto"/>
        <w:rPr>
          <w:rFonts w:ascii="TH SarabunPSK" w:hAnsi="TH SarabunPSK" w:cs="TH SarabunPSK"/>
          <w:noProof/>
          <w:szCs w:val="32"/>
          <w:lang w:bidi="th-TH"/>
        </w:rPr>
      </w:pPr>
      <w:r w:rsidRPr="009F5055">
        <w:rPr>
          <w:rFonts w:ascii="TH SarabunPSK" w:hAnsi="TH SarabunPSK" w:cs="TH SarabunPSK"/>
          <w:noProof/>
          <w:szCs w:val="32"/>
          <w:cs/>
          <w:lang w:bidi="th-TH"/>
        </w:rPr>
        <w:t>โดยขอเสนอแนะให้แก้ไขเทศบัญญัติดังกล่าว ดังนี้................................................................................................................</w:t>
      </w:r>
    </w:p>
    <w:p w14:paraId="61EDFC5D" w14:textId="77777777" w:rsidR="00915870" w:rsidRPr="009F5055" w:rsidRDefault="00915870" w:rsidP="00915870">
      <w:pPr>
        <w:spacing w:after="0" w:line="240" w:lineRule="auto"/>
        <w:rPr>
          <w:rFonts w:ascii="TH SarabunPSK" w:hAnsi="TH SarabunPSK" w:cs="TH SarabunPSK"/>
          <w:noProof/>
          <w:szCs w:val="32"/>
          <w:lang w:bidi="th-TH"/>
        </w:rPr>
      </w:pPr>
      <w:r w:rsidRPr="009F5055">
        <w:rPr>
          <w:rFonts w:ascii="TH SarabunPSK" w:hAnsi="TH SarabunPSK" w:cs="TH SarabunPSK"/>
          <w:noProof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..............................................................................................................................................................................................</w:t>
      </w:r>
    </w:p>
    <w:p w14:paraId="01F761EB" w14:textId="77777777" w:rsidR="00915870" w:rsidRPr="009F5055" w:rsidRDefault="00915870" w:rsidP="00915870">
      <w:pPr>
        <w:spacing w:after="0" w:line="240" w:lineRule="auto"/>
        <w:rPr>
          <w:rFonts w:ascii="TH SarabunPSK" w:hAnsi="TH SarabunPSK" w:cs="TH SarabunPSK"/>
          <w:noProof/>
          <w:szCs w:val="32"/>
          <w:lang w:bidi="th-TH"/>
        </w:rPr>
      </w:pPr>
      <w:r w:rsidRPr="009F5055">
        <w:rPr>
          <w:rFonts w:ascii="TH SarabunPSK" w:hAnsi="TH SarabunPSK" w:cs="TH SarabunPSK"/>
          <w:noProof/>
          <w:szCs w:val="32"/>
          <w:cs/>
          <w:lang w:bidi="th-TH"/>
        </w:rPr>
        <w:tab/>
      </w:r>
      <w:r w:rsidRPr="009F5055">
        <w:rPr>
          <w:rFonts w:ascii="Segoe UI Symbol" w:hAnsi="Segoe UI Symbol" w:cs="Segoe UI Symbol"/>
          <w:noProof/>
          <w:szCs w:val="32"/>
          <w:cs/>
          <w:lang w:bidi="th-TH"/>
        </w:rPr>
        <w:t>☐</w:t>
      </w:r>
      <w:r w:rsidRPr="009F5055">
        <w:rPr>
          <w:rFonts w:ascii="TH SarabunPSK" w:hAnsi="TH SarabunPSK" w:cs="TH SarabunPSK"/>
          <w:noProof/>
          <w:szCs w:val="32"/>
          <w:cs/>
          <w:lang w:bidi="th-TH"/>
        </w:rPr>
        <w:t xml:space="preserve"> 3.ไม่เห็นด้วยกับร่างเทศบัญญัติดังกล่าวทั้งฉบับ เพราะ....................................................................................</w:t>
      </w:r>
    </w:p>
    <w:p w14:paraId="0A741797" w14:textId="77777777" w:rsidR="00915870" w:rsidRPr="009F5055" w:rsidRDefault="00915870" w:rsidP="00915870">
      <w:pPr>
        <w:spacing w:after="0"/>
        <w:rPr>
          <w:rFonts w:ascii="TH SarabunPSK" w:hAnsi="TH SarabunPSK" w:cs="TH SarabunPSK"/>
          <w:b/>
          <w:bCs/>
          <w:noProof/>
          <w:szCs w:val="32"/>
          <w:lang w:bidi="th-TH"/>
        </w:rPr>
      </w:pPr>
      <w:r w:rsidRPr="009F5055">
        <w:rPr>
          <w:rFonts w:ascii="TH SarabunPSK" w:hAnsi="TH SarabunPSK" w:cs="TH SarabunPSK"/>
          <w:noProof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..............................................................................................................................................................................................</w:t>
      </w:r>
    </w:p>
    <w:p w14:paraId="1FEDFAE5" w14:textId="77777777" w:rsidR="00FC4A0F" w:rsidRDefault="00FC4A0F" w:rsidP="00915870">
      <w:pPr>
        <w:spacing w:after="0"/>
        <w:rPr>
          <w:rFonts w:ascii="TH SarabunPSK" w:hAnsi="TH SarabunPSK" w:cs="TH SarabunPSK"/>
          <w:b/>
          <w:bCs/>
          <w:noProof/>
          <w:szCs w:val="32"/>
          <w:lang w:bidi="th-TH"/>
        </w:rPr>
      </w:pPr>
    </w:p>
    <w:p w14:paraId="10678274" w14:textId="04A8876F" w:rsidR="00915870" w:rsidRPr="009F5055" w:rsidRDefault="007040AF" w:rsidP="00915870">
      <w:pPr>
        <w:spacing w:after="0"/>
        <w:rPr>
          <w:rFonts w:ascii="TH SarabunPSK" w:hAnsi="TH SarabunPSK" w:cs="TH SarabunPSK"/>
          <w:b/>
          <w:bCs/>
          <w:noProof/>
          <w:szCs w:val="32"/>
          <w:lang w:bidi="th-TH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BBE71DA" wp14:editId="0E44D4A0">
            <wp:simplePos x="0" y="0"/>
            <wp:positionH relativeFrom="column">
              <wp:posOffset>4030980</wp:posOffset>
            </wp:positionH>
            <wp:positionV relativeFrom="paragraph">
              <wp:posOffset>255270</wp:posOffset>
            </wp:positionV>
            <wp:extent cx="876300" cy="876300"/>
            <wp:effectExtent l="0" t="0" r="0" b="0"/>
            <wp:wrapNone/>
            <wp:docPr id="697411161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5870" w:rsidRPr="009F5055">
        <w:rPr>
          <w:rFonts w:ascii="TH SarabunPSK" w:hAnsi="TH SarabunPSK" w:cs="TH SarabunPSK"/>
          <w:b/>
          <w:bCs/>
          <w:noProof/>
          <w:szCs w:val="32"/>
          <w:cs/>
          <w:lang w:bidi="th-TH"/>
        </w:rPr>
        <w:t>2.4 ร่างเทศบัญญัติเทศบาลตำบลป่าสังข์ เรื่อง การติดตั้งบ่อดักไขมัน บำบัดน้ำเสียในอาคาร</w:t>
      </w:r>
    </w:p>
    <w:p w14:paraId="3880AEB5" w14:textId="1F75C8E4" w:rsidR="00B55339" w:rsidRDefault="00B55339" w:rsidP="00915870">
      <w:pPr>
        <w:spacing w:after="0"/>
        <w:rPr>
          <w:rFonts w:ascii="TH SarabunPSK" w:hAnsi="TH SarabunPSK" w:cs="TH SarabunPSK"/>
          <w:b/>
          <w:bCs/>
          <w:noProof/>
          <w:szCs w:val="32"/>
          <w:lang w:bidi="th-TH"/>
        </w:rPr>
      </w:pPr>
    </w:p>
    <w:p w14:paraId="199FCA7B" w14:textId="77777777" w:rsidR="007040AF" w:rsidRPr="009F5055" w:rsidRDefault="007040AF" w:rsidP="00915870">
      <w:pPr>
        <w:spacing w:after="0"/>
        <w:rPr>
          <w:rFonts w:ascii="TH SarabunPSK" w:hAnsi="TH SarabunPSK" w:cs="TH SarabunPSK" w:hint="cs"/>
          <w:b/>
          <w:bCs/>
          <w:noProof/>
          <w:szCs w:val="32"/>
          <w:lang w:bidi="th-TH"/>
        </w:rPr>
      </w:pPr>
    </w:p>
    <w:p w14:paraId="3A342A60" w14:textId="77777777" w:rsidR="00915870" w:rsidRPr="009F5055" w:rsidRDefault="00915870" w:rsidP="00915870">
      <w:pPr>
        <w:spacing w:after="0" w:line="240" w:lineRule="auto"/>
        <w:ind w:firstLine="720"/>
        <w:rPr>
          <w:rFonts w:ascii="TH SarabunPSK" w:hAnsi="TH SarabunPSK" w:cs="TH SarabunPSK"/>
          <w:noProof/>
          <w:szCs w:val="32"/>
          <w:lang w:bidi="th-TH"/>
        </w:rPr>
      </w:pPr>
      <w:r w:rsidRPr="009F5055">
        <w:rPr>
          <w:rFonts w:ascii="Segoe UI Symbol" w:hAnsi="Segoe UI Symbol" w:cs="Segoe UI Symbol"/>
          <w:noProof/>
          <w:szCs w:val="32"/>
          <w:cs/>
          <w:lang w:bidi="th-TH"/>
        </w:rPr>
        <w:t>☐</w:t>
      </w:r>
      <w:r w:rsidRPr="009F5055">
        <w:rPr>
          <w:rFonts w:ascii="TH SarabunPSK" w:hAnsi="TH SarabunPSK" w:cs="TH SarabunPSK"/>
          <w:noProof/>
          <w:szCs w:val="32"/>
          <w:cs/>
          <w:lang w:bidi="th-TH"/>
        </w:rPr>
        <w:t xml:space="preserve"> 1. เห็นด้วยกับร่างเทศบัญญัติดังกล่าวทั้งฉบับ</w:t>
      </w:r>
    </w:p>
    <w:p w14:paraId="7E4A8741" w14:textId="77777777" w:rsidR="00915870" w:rsidRPr="009F5055" w:rsidRDefault="00915870" w:rsidP="00915870">
      <w:pPr>
        <w:spacing w:after="0" w:line="240" w:lineRule="auto"/>
        <w:rPr>
          <w:rFonts w:ascii="TH SarabunPSK" w:hAnsi="TH SarabunPSK"/>
          <w:noProof/>
          <w:szCs w:val="32"/>
          <w:lang w:bidi="th-TH"/>
        </w:rPr>
      </w:pPr>
      <w:r w:rsidRPr="009F5055">
        <w:rPr>
          <w:rFonts w:ascii="TH SarabunPSK" w:hAnsi="TH SarabunPSK" w:cs="TH SarabunPSK"/>
          <w:noProof/>
          <w:szCs w:val="32"/>
          <w:cs/>
          <w:lang w:bidi="th-TH"/>
        </w:rPr>
        <w:tab/>
      </w:r>
      <w:r w:rsidRPr="009F5055">
        <w:rPr>
          <w:rFonts w:ascii="Segoe UI Symbol" w:hAnsi="Segoe UI Symbol" w:cs="Segoe UI Symbol"/>
          <w:noProof/>
          <w:szCs w:val="32"/>
          <w:cs/>
          <w:lang w:bidi="th-TH"/>
        </w:rPr>
        <w:t>☐</w:t>
      </w:r>
      <w:r w:rsidRPr="009F5055">
        <w:rPr>
          <w:rFonts w:ascii="TH SarabunPSK" w:hAnsi="TH SarabunPSK" w:cs="TH SarabunPSK"/>
          <w:noProof/>
          <w:szCs w:val="32"/>
          <w:cs/>
          <w:lang w:bidi="th-TH"/>
        </w:rPr>
        <w:t xml:space="preserve"> 2. เห็นด้วยกับร่างเทศบัญญัติดังกล่าว ยกเว้นข้อ</w:t>
      </w:r>
      <w:r w:rsidRPr="009F5055">
        <w:rPr>
          <w:rFonts w:ascii="TH SarabunPSK" w:hAnsi="TH SarabunPSK"/>
          <w:noProof/>
          <w:szCs w:val="32"/>
          <w:cs/>
          <w:lang w:bidi="th-TH"/>
        </w:rPr>
        <w:t>.............................................................................</w:t>
      </w:r>
      <w:r w:rsidRPr="009F5055">
        <w:rPr>
          <w:rFonts w:ascii="TH SarabunPSK" w:hAnsi="TH SarabunPSK"/>
          <w:noProof/>
          <w:szCs w:val="32"/>
          <w:lang w:bidi="th-TH"/>
        </w:rPr>
        <w:t>.......</w:t>
      </w:r>
    </w:p>
    <w:p w14:paraId="0C33B56A" w14:textId="77777777" w:rsidR="00915870" w:rsidRPr="009F5055" w:rsidRDefault="00915870" w:rsidP="00915870">
      <w:pPr>
        <w:spacing w:after="0" w:line="240" w:lineRule="auto"/>
        <w:rPr>
          <w:rFonts w:ascii="TH SarabunPSK" w:hAnsi="TH SarabunPSK" w:cs="TH SarabunPSK"/>
          <w:noProof/>
          <w:szCs w:val="32"/>
          <w:lang w:bidi="th-TH"/>
        </w:rPr>
      </w:pPr>
      <w:r w:rsidRPr="009F5055">
        <w:rPr>
          <w:rFonts w:ascii="TH SarabunPSK" w:hAnsi="TH SarabunPSK" w:cs="TH SarabunPSK"/>
          <w:noProof/>
          <w:szCs w:val="32"/>
          <w:cs/>
          <w:lang w:bidi="th-TH"/>
        </w:rPr>
        <w:t>โดยขอเสนอแนะให้แก้ไขเทศบัญญัติดังกล่าว ดังนี้................................................................................................................</w:t>
      </w:r>
    </w:p>
    <w:p w14:paraId="36C34D18" w14:textId="77777777" w:rsidR="00915870" w:rsidRPr="009F5055" w:rsidRDefault="00915870" w:rsidP="00915870">
      <w:pPr>
        <w:spacing w:after="0" w:line="240" w:lineRule="auto"/>
        <w:rPr>
          <w:rFonts w:ascii="TH SarabunPSK" w:hAnsi="TH SarabunPSK" w:cs="TH SarabunPSK"/>
          <w:noProof/>
          <w:szCs w:val="32"/>
          <w:lang w:bidi="th-TH"/>
        </w:rPr>
      </w:pPr>
      <w:r w:rsidRPr="009F5055">
        <w:rPr>
          <w:rFonts w:ascii="TH SarabunPSK" w:hAnsi="TH SarabunPSK" w:cs="TH SarabunPSK"/>
          <w:noProof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..............................................................................................................................................................................................</w:t>
      </w:r>
    </w:p>
    <w:p w14:paraId="7D716449" w14:textId="77777777" w:rsidR="00915870" w:rsidRPr="009F5055" w:rsidRDefault="00915870" w:rsidP="00915870">
      <w:pPr>
        <w:spacing w:after="0" w:line="240" w:lineRule="auto"/>
        <w:rPr>
          <w:rFonts w:ascii="TH SarabunPSK" w:hAnsi="TH SarabunPSK" w:cs="TH SarabunPSK"/>
          <w:noProof/>
          <w:szCs w:val="32"/>
          <w:lang w:bidi="th-TH"/>
        </w:rPr>
      </w:pPr>
      <w:r w:rsidRPr="009F5055">
        <w:rPr>
          <w:rFonts w:ascii="TH SarabunPSK" w:hAnsi="TH SarabunPSK" w:cs="TH SarabunPSK"/>
          <w:noProof/>
          <w:szCs w:val="32"/>
          <w:cs/>
          <w:lang w:bidi="th-TH"/>
        </w:rPr>
        <w:tab/>
      </w:r>
      <w:r w:rsidRPr="009F5055">
        <w:rPr>
          <w:rFonts w:ascii="Segoe UI Symbol" w:hAnsi="Segoe UI Symbol" w:cs="Segoe UI Symbol"/>
          <w:noProof/>
          <w:szCs w:val="32"/>
          <w:cs/>
          <w:lang w:bidi="th-TH"/>
        </w:rPr>
        <w:t>☐</w:t>
      </w:r>
      <w:r w:rsidRPr="009F5055">
        <w:rPr>
          <w:rFonts w:ascii="TH SarabunPSK" w:hAnsi="TH SarabunPSK" w:cs="TH SarabunPSK"/>
          <w:noProof/>
          <w:szCs w:val="32"/>
          <w:cs/>
          <w:lang w:bidi="th-TH"/>
        </w:rPr>
        <w:t xml:space="preserve"> 3.ไม่เห็นด้วยกับร่างเทศบัญญัติดังกล่าวทั้งฉบับ เพราะ....................................................................................</w:t>
      </w:r>
    </w:p>
    <w:p w14:paraId="02214B2B" w14:textId="77777777" w:rsidR="00915870" w:rsidRPr="009F5055" w:rsidRDefault="00915870" w:rsidP="00915870">
      <w:pPr>
        <w:spacing w:after="0"/>
        <w:rPr>
          <w:rFonts w:ascii="TH SarabunPSK" w:hAnsi="TH SarabunPSK" w:cs="TH SarabunPSK"/>
          <w:b/>
          <w:bCs/>
          <w:noProof/>
          <w:szCs w:val="32"/>
          <w:lang w:bidi="th-TH"/>
        </w:rPr>
      </w:pPr>
      <w:r w:rsidRPr="009F5055">
        <w:rPr>
          <w:rFonts w:ascii="TH SarabunPSK" w:hAnsi="TH SarabunPSK" w:cs="TH SarabunPSK"/>
          <w:noProof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..............................................................................................................................................................................................</w:t>
      </w:r>
    </w:p>
    <w:p w14:paraId="0061899A" w14:textId="11CD620E" w:rsidR="00915870" w:rsidRPr="009F5055" w:rsidRDefault="007F09BA" w:rsidP="00915870">
      <w:pPr>
        <w:spacing w:after="0"/>
        <w:rPr>
          <w:rFonts w:ascii="TH SarabunPSK" w:hAnsi="TH SarabunPSK" w:cs="TH SarabunPSK"/>
          <w:b/>
          <w:bCs/>
          <w:noProof/>
          <w:szCs w:val="32"/>
          <w:lang w:bidi="th-TH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721E5AF" wp14:editId="35B86D44">
            <wp:simplePos x="0" y="0"/>
            <wp:positionH relativeFrom="column">
              <wp:posOffset>4023360</wp:posOffset>
            </wp:positionH>
            <wp:positionV relativeFrom="paragraph">
              <wp:posOffset>274955</wp:posOffset>
            </wp:positionV>
            <wp:extent cx="868680" cy="868680"/>
            <wp:effectExtent l="0" t="0" r="7620" b="7620"/>
            <wp:wrapNone/>
            <wp:docPr id="18973522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5870" w:rsidRPr="009F5055">
        <w:rPr>
          <w:rFonts w:ascii="TH SarabunPSK" w:hAnsi="TH SarabunPSK" w:cs="TH SarabunPSK"/>
          <w:b/>
          <w:bCs/>
          <w:noProof/>
          <w:szCs w:val="32"/>
          <w:cs/>
          <w:lang w:bidi="th-TH"/>
        </w:rPr>
        <w:t>2.5 ร่างเทศบัญญัติเทศบาลตำบลป่าสังข์ เรื่อง การจำหน่ายสินค้าในที่หรือทางสาธารณะ</w:t>
      </w:r>
    </w:p>
    <w:p w14:paraId="18BBA7A8" w14:textId="3C728E64" w:rsidR="00B55339" w:rsidRPr="009F5055" w:rsidRDefault="00B55339" w:rsidP="00915870">
      <w:pPr>
        <w:spacing w:after="0"/>
        <w:rPr>
          <w:rFonts w:ascii="TH SarabunPSK" w:hAnsi="TH SarabunPSK" w:cs="TH SarabunPSK"/>
          <w:b/>
          <w:bCs/>
          <w:noProof/>
          <w:szCs w:val="32"/>
          <w:lang w:bidi="th-TH"/>
        </w:rPr>
      </w:pPr>
    </w:p>
    <w:p w14:paraId="33661254" w14:textId="77777777" w:rsidR="00915870" w:rsidRPr="009F5055" w:rsidRDefault="00915870" w:rsidP="00915870">
      <w:pPr>
        <w:spacing w:after="0"/>
        <w:rPr>
          <w:rFonts w:ascii="TH SarabunPSK" w:hAnsi="TH SarabunPSK" w:cs="TH SarabunPSK"/>
          <w:b/>
          <w:bCs/>
          <w:noProof/>
          <w:szCs w:val="32"/>
          <w:lang w:bidi="th-TH"/>
        </w:rPr>
      </w:pPr>
    </w:p>
    <w:p w14:paraId="0AE1FC5B" w14:textId="77777777" w:rsidR="00915870" w:rsidRPr="009F5055" w:rsidRDefault="00915870" w:rsidP="00915870">
      <w:pPr>
        <w:spacing w:after="0" w:line="240" w:lineRule="auto"/>
        <w:ind w:firstLine="720"/>
        <w:rPr>
          <w:rFonts w:ascii="TH SarabunPSK" w:hAnsi="TH SarabunPSK" w:cs="TH SarabunPSK"/>
          <w:noProof/>
          <w:szCs w:val="32"/>
          <w:lang w:bidi="th-TH"/>
        </w:rPr>
      </w:pPr>
      <w:r w:rsidRPr="009F5055">
        <w:rPr>
          <w:rFonts w:ascii="Segoe UI Symbol" w:hAnsi="Segoe UI Symbol" w:cs="Segoe UI Symbol"/>
          <w:noProof/>
          <w:szCs w:val="32"/>
          <w:cs/>
          <w:lang w:bidi="th-TH"/>
        </w:rPr>
        <w:t>☐</w:t>
      </w:r>
      <w:r w:rsidRPr="009F5055">
        <w:rPr>
          <w:rFonts w:ascii="TH SarabunPSK" w:hAnsi="TH SarabunPSK" w:cs="TH SarabunPSK"/>
          <w:noProof/>
          <w:szCs w:val="32"/>
          <w:cs/>
          <w:lang w:bidi="th-TH"/>
        </w:rPr>
        <w:t xml:space="preserve"> 1. เห็นด้วยกับร่างเทศบัญญัติดังกล่าวทั้งฉบับ</w:t>
      </w:r>
    </w:p>
    <w:p w14:paraId="1A9AD8DF" w14:textId="77777777" w:rsidR="00915870" w:rsidRPr="009F5055" w:rsidRDefault="00915870" w:rsidP="00915870">
      <w:pPr>
        <w:spacing w:after="0" w:line="240" w:lineRule="auto"/>
        <w:rPr>
          <w:rFonts w:ascii="TH SarabunPSK" w:hAnsi="TH SarabunPSK"/>
          <w:noProof/>
          <w:szCs w:val="32"/>
          <w:lang w:bidi="th-TH"/>
        </w:rPr>
      </w:pPr>
      <w:r w:rsidRPr="009F5055">
        <w:rPr>
          <w:rFonts w:ascii="TH SarabunPSK" w:hAnsi="TH SarabunPSK" w:cs="TH SarabunPSK"/>
          <w:noProof/>
          <w:szCs w:val="32"/>
          <w:cs/>
          <w:lang w:bidi="th-TH"/>
        </w:rPr>
        <w:tab/>
      </w:r>
      <w:r w:rsidRPr="009F5055">
        <w:rPr>
          <w:rFonts w:ascii="Segoe UI Symbol" w:hAnsi="Segoe UI Symbol" w:cs="Segoe UI Symbol"/>
          <w:noProof/>
          <w:szCs w:val="32"/>
          <w:cs/>
          <w:lang w:bidi="th-TH"/>
        </w:rPr>
        <w:t>☐</w:t>
      </w:r>
      <w:r w:rsidRPr="009F5055">
        <w:rPr>
          <w:rFonts w:ascii="TH SarabunPSK" w:hAnsi="TH SarabunPSK" w:cs="TH SarabunPSK"/>
          <w:noProof/>
          <w:szCs w:val="32"/>
          <w:cs/>
          <w:lang w:bidi="th-TH"/>
        </w:rPr>
        <w:t xml:space="preserve"> 2. เห็นด้วยกับร่างเทศบัญญัติดังกล่าว ยกเว้นข้อ</w:t>
      </w:r>
      <w:r w:rsidRPr="009F5055">
        <w:rPr>
          <w:rFonts w:ascii="TH SarabunPSK" w:hAnsi="TH SarabunPSK"/>
          <w:noProof/>
          <w:szCs w:val="32"/>
          <w:cs/>
          <w:lang w:bidi="th-TH"/>
        </w:rPr>
        <w:t>.............................................................................</w:t>
      </w:r>
      <w:r w:rsidRPr="009F5055">
        <w:rPr>
          <w:rFonts w:ascii="TH SarabunPSK" w:hAnsi="TH SarabunPSK"/>
          <w:noProof/>
          <w:szCs w:val="32"/>
          <w:lang w:bidi="th-TH"/>
        </w:rPr>
        <w:t>.......</w:t>
      </w:r>
    </w:p>
    <w:p w14:paraId="417EA420" w14:textId="77777777" w:rsidR="00915870" w:rsidRPr="009F5055" w:rsidRDefault="00915870" w:rsidP="00915870">
      <w:pPr>
        <w:spacing w:after="0" w:line="240" w:lineRule="auto"/>
        <w:rPr>
          <w:rFonts w:ascii="TH SarabunPSK" w:hAnsi="TH SarabunPSK" w:cs="TH SarabunPSK"/>
          <w:noProof/>
          <w:szCs w:val="32"/>
          <w:lang w:bidi="th-TH"/>
        </w:rPr>
      </w:pPr>
      <w:r w:rsidRPr="009F5055">
        <w:rPr>
          <w:rFonts w:ascii="TH SarabunPSK" w:hAnsi="TH SarabunPSK" w:cs="TH SarabunPSK"/>
          <w:noProof/>
          <w:szCs w:val="32"/>
          <w:cs/>
          <w:lang w:bidi="th-TH"/>
        </w:rPr>
        <w:t>โดยขอเสนอแนะให้แก้ไขเทศบัญญัติดังกล่าว ดังนี้................................................................................................................</w:t>
      </w:r>
    </w:p>
    <w:p w14:paraId="326B338C" w14:textId="77777777" w:rsidR="00915870" w:rsidRPr="009F5055" w:rsidRDefault="00915870" w:rsidP="00915870">
      <w:pPr>
        <w:spacing w:after="0" w:line="240" w:lineRule="auto"/>
        <w:rPr>
          <w:rFonts w:ascii="TH SarabunPSK" w:hAnsi="TH SarabunPSK" w:cs="TH SarabunPSK"/>
          <w:noProof/>
          <w:szCs w:val="32"/>
          <w:lang w:bidi="th-TH"/>
        </w:rPr>
      </w:pPr>
      <w:r w:rsidRPr="009F5055">
        <w:rPr>
          <w:rFonts w:ascii="TH SarabunPSK" w:hAnsi="TH SarabunPSK" w:cs="TH SarabunPSK"/>
          <w:noProof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..............................................................................................................................................................................................</w:t>
      </w:r>
    </w:p>
    <w:p w14:paraId="55A5461E" w14:textId="77777777" w:rsidR="00915870" w:rsidRPr="009F5055" w:rsidRDefault="00915870" w:rsidP="00915870">
      <w:pPr>
        <w:spacing w:after="0" w:line="240" w:lineRule="auto"/>
        <w:rPr>
          <w:rFonts w:ascii="TH SarabunPSK" w:hAnsi="TH SarabunPSK" w:cs="TH SarabunPSK"/>
          <w:noProof/>
          <w:szCs w:val="32"/>
          <w:lang w:bidi="th-TH"/>
        </w:rPr>
      </w:pPr>
      <w:r w:rsidRPr="009F5055">
        <w:rPr>
          <w:rFonts w:ascii="TH SarabunPSK" w:hAnsi="TH SarabunPSK" w:cs="TH SarabunPSK"/>
          <w:noProof/>
          <w:szCs w:val="32"/>
          <w:cs/>
          <w:lang w:bidi="th-TH"/>
        </w:rPr>
        <w:tab/>
      </w:r>
      <w:r w:rsidRPr="009F5055">
        <w:rPr>
          <w:rFonts w:ascii="Segoe UI Symbol" w:hAnsi="Segoe UI Symbol" w:cs="Segoe UI Symbol"/>
          <w:noProof/>
          <w:szCs w:val="32"/>
          <w:cs/>
          <w:lang w:bidi="th-TH"/>
        </w:rPr>
        <w:t>☐</w:t>
      </w:r>
      <w:r w:rsidRPr="009F5055">
        <w:rPr>
          <w:rFonts w:ascii="TH SarabunPSK" w:hAnsi="TH SarabunPSK" w:cs="TH SarabunPSK"/>
          <w:noProof/>
          <w:szCs w:val="32"/>
          <w:cs/>
          <w:lang w:bidi="th-TH"/>
        </w:rPr>
        <w:t xml:space="preserve"> 3.ไม่เห็นด้วยกับร่างเทศบัญญัติดังกล่าวทั้งฉบับ เพราะ....................................................................................</w:t>
      </w:r>
    </w:p>
    <w:p w14:paraId="407FD8F2" w14:textId="77777777" w:rsidR="00915870" w:rsidRPr="009F5055" w:rsidRDefault="00915870" w:rsidP="00915870">
      <w:pPr>
        <w:spacing w:after="0"/>
        <w:rPr>
          <w:rFonts w:ascii="TH SarabunPSK" w:hAnsi="TH SarabunPSK" w:cs="TH SarabunPSK"/>
          <w:b/>
          <w:bCs/>
          <w:noProof/>
          <w:szCs w:val="32"/>
          <w:lang w:bidi="th-TH"/>
        </w:rPr>
      </w:pPr>
      <w:r w:rsidRPr="009F5055">
        <w:rPr>
          <w:rFonts w:ascii="TH SarabunPSK" w:hAnsi="TH SarabunPSK" w:cs="TH SarabunPSK"/>
          <w:noProof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..............................................................................................................................................................................................</w:t>
      </w:r>
    </w:p>
    <w:p w14:paraId="230BD293" w14:textId="1C2FDB7F" w:rsidR="00C611A3" w:rsidRPr="009F5055" w:rsidRDefault="007F09BA" w:rsidP="00C611A3">
      <w:pPr>
        <w:spacing w:after="0"/>
        <w:rPr>
          <w:rFonts w:ascii="TH SarabunPSK" w:hAnsi="TH SarabunPSK" w:cs="TH SarabunPSK"/>
          <w:b/>
          <w:bCs/>
          <w:noProof/>
          <w:szCs w:val="32"/>
          <w:lang w:bidi="th-TH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5B62625" wp14:editId="6FF75EDB">
            <wp:simplePos x="0" y="0"/>
            <wp:positionH relativeFrom="column">
              <wp:posOffset>4053840</wp:posOffset>
            </wp:positionH>
            <wp:positionV relativeFrom="paragraph">
              <wp:posOffset>263525</wp:posOffset>
            </wp:positionV>
            <wp:extent cx="899160" cy="899160"/>
            <wp:effectExtent l="0" t="0" r="0" b="0"/>
            <wp:wrapNone/>
            <wp:docPr id="151424473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611A3" w:rsidRPr="009F5055">
        <w:rPr>
          <w:rFonts w:ascii="TH SarabunPSK" w:hAnsi="TH SarabunPSK" w:cs="TH SarabunPSK"/>
          <w:b/>
          <w:bCs/>
          <w:noProof/>
          <w:szCs w:val="32"/>
          <w:cs/>
          <w:lang w:bidi="th-TH"/>
        </w:rPr>
        <w:t xml:space="preserve">2.6 ร่างเทศบัญญัติเทศบาลตำบลป่าสังข์ เรื่อง การควบคุมการเลี้ยงหรือปล่อยสุนัข และแมว </w:t>
      </w:r>
    </w:p>
    <w:p w14:paraId="0D046308" w14:textId="5EEF44D0" w:rsidR="00C611A3" w:rsidRPr="009F5055" w:rsidRDefault="00C611A3" w:rsidP="00C611A3">
      <w:pPr>
        <w:spacing w:after="0"/>
        <w:rPr>
          <w:rFonts w:ascii="TH SarabunPSK" w:hAnsi="TH SarabunPSK" w:cs="TH SarabunPSK"/>
          <w:b/>
          <w:bCs/>
          <w:noProof/>
          <w:szCs w:val="32"/>
          <w:lang w:bidi="th-TH"/>
        </w:rPr>
      </w:pPr>
    </w:p>
    <w:p w14:paraId="472B271B" w14:textId="118C106E" w:rsidR="00AC1597" w:rsidRPr="009F5055" w:rsidRDefault="00AC1597" w:rsidP="00C611A3">
      <w:pPr>
        <w:spacing w:after="0"/>
        <w:rPr>
          <w:rFonts w:ascii="TH SarabunPSK" w:hAnsi="TH SarabunPSK" w:cs="TH SarabunPSK"/>
          <w:b/>
          <w:bCs/>
          <w:noProof/>
          <w:szCs w:val="32"/>
          <w:cs/>
          <w:lang w:bidi="th-TH"/>
        </w:rPr>
      </w:pPr>
    </w:p>
    <w:p w14:paraId="5242055C" w14:textId="77777777" w:rsidR="00C611A3" w:rsidRPr="009F5055" w:rsidRDefault="00C611A3" w:rsidP="00C611A3">
      <w:pPr>
        <w:spacing w:after="0" w:line="240" w:lineRule="auto"/>
        <w:ind w:firstLine="720"/>
        <w:rPr>
          <w:rFonts w:ascii="TH SarabunPSK" w:hAnsi="TH SarabunPSK" w:cs="TH SarabunPSK"/>
          <w:noProof/>
          <w:szCs w:val="32"/>
          <w:lang w:bidi="th-TH"/>
        </w:rPr>
      </w:pPr>
      <w:r w:rsidRPr="009F5055">
        <w:rPr>
          <w:rFonts w:ascii="Segoe UI Symbol" w:hAnsi="Segoe UI Symbol" w:cs="Segoe UI Symbol"/>
          <w:noProof/>
          <w:szCs w:val="32"/>
          <w:cs/>
          <w:lang w:bidi="th-TH"/>
        </w:rPr>
        <w:t>☐</w:t>
      </w:r>
      <w:r w:rsidRPr="009F5055">
        <w:rPr>
          <w:rFonts w:ascii="TH SarabunPSK" w:hAnsi="TH SarabunPSK" w:cs="TH SarabunPSK"/>
          <w:noProof/>
          <w:szCs w:val="32"/>
          <w:cs/>
          <w:lang w:bidi="th-TH"/>
        </w:rPr>
        <w:t xml:space="preserve"> 1. เห็นด้วยกับร่างเทศบัญญัติดังกล่าวทั้งฉบับ</w:t>
      </w:r>
    </w:p>
    <w:p w14:paraId="49D470AA" w14:textId="77777777" w:rsidR="00C611A3" w:rsidRPr="009F5055" w:rsidRDefault="00C611A3" w:rsidP="00C611A3">
      <w:pPr>
        <w:spacing w:after="0" w:line="240" w:lineRule="auto"/>
        <w:rPr>
          <w:rFonts w:ascii="TH SarabunPSK" w:hAnsi="TH SarabunPSK"/>
          <w:noProof/>
          <w:szCs w:val="32"/>
          <w:lang w:bidi="th-TH"/>
        </w:rPr>
      </w:pPr>
      <w:r w:rsidRPr="009F5055">
        <w:rPr>
          <w:rFonts w:ascii="TH SarabunPSK" w:hAnsi="TH SarabunPSK" w:cs="TH SarabunPSK"/>
          <w:noProof/>
          <w:szCs w:val="32"/>
          <w:cs/>
          <w:lang w:bidi="th-TH"/>
        </w:rPr>
        <w:tab/>
      </w:r>
      <w:r w:rsidRPr="009F5055">
        <w:rPr>
          <w:rFonts w:ascii="Segoe UI Symbol" w:hAnsi="Segoe UI Symbol" w:cs="Segoe UI Symbol"/>
          <w:noProof/>
          <w:szCs w:val="32"/>
          <w:cs/>
          <w:lang w:bidi="th-TH"/>
        </w:rPr>
        <w:t>☐</w:t>
      </w:r>
      <w:r w:rsidRPr="009F5055">
        <w:rPr>
          <w:rFonts w:ascii="TH SarabunPSK" w:hAnsi="TH SarabunPSK" w:cs="TH SarabunPSK"/>
          <w:noProof/>
          <w:szCs w:val="32"/>
          <w:cs/>
          <w:lang w:bidi="th-TH"/>
        </w:rPr>
        <w:t xml:space="preserve"> 2. เห็นด้วยกับร่างเทศบัญญัติดังกล่าว ยกเว้นข้อ</w:t>
      </w:r>
      <w:r w:rsidRPr="009F5055">
        <w:rPr>
          <w:rFonts w:ascii="TH SarabunPSK" w:hAnsi="TH SarabunPSK"/>
          <w:noProof/>
          <w:szCs w:val="32"/>
          <w:cs/>
          <w:lang w:bidi="th-TH"/>
        </w:rPr>
        <w:t>.............................................................................</w:t>
      </w:r>
      <w:r w:rsidRPr="009F5055">
        <w:rPr>
          <w:rFonts w:ascii="TH SarabunPSK" w:hAnsi="TH SarabunPSK"/>
          <w:noProof/>
          <w:szCs w:val="32"/>
          <w:lang w:bidi="th-TH"/>
        </w:rPr>
        <w:t>.......</w:t>
      </w:r>
    </w:p>
    <w:p w14:paraId="75F30637" w14:textId="77777777" w:rsidR="00C611A3" w:rsidRPr="009F5055" w:rsidRDefault="00C611A3" w:rsidP="00C611A3">
      <w:pPr>
        <w:spacing w:after="0" w:line="240" w:lineRule="auto"/>
        <w:rPr>
          <w:rFonts w:ascii="TH SarabunPSK" w:hAnsi="TH SarabunPSK" w:cs="TH SarabunPSK"/>
          <w:noProof/>
          <w:szCs w:val="32"/>
          <w:lang w:bidi="th-TH"/>
        </w:rPr>
      </w:pPr>
      <w:r w:rsidRPr="009F5055">
        <w:rPr>
          <w:rFonts w:ascii="TH SarabunPSK" w:hAnsi="TH SarabunPSK" w:cs="TH SarabunPSK"/>
          <w:noProof/>
          <w:szCs w:val="32"/>
          <w:cs/>
          <w:lang w:bidi="th-TH"/>
        </w:rPr>
        <w:t>โดยขอเสนอแนะให้แก้ไขเทศบัญญัติดังกล่าว ดังนี้................................................................................................................</w:t>
      </w:r>
    </w:p>
    <w:p w14:paraId="074271BB" w14:textId="77777777" w:rsidR="00C611A3" w:rsidRPr="009F5055" w:rsidRDefault="00C611A3" w:rsidP="00C611A3">
      <w:pPr>
        <w:spacing w:after="0" w:line="240" w:lineRule="auto"/>
        <w:rPr>
          <w:rFonts w:ascii="TH SarabunPSK" w:hAnsi="TH SarabunPSK" w:cs="TH SarabunPSK"/>
          <w:noProof/>
          <w:szCs w:val="32"/>
          <w:lang w:bidi="th-TH"/>
        </w:rPr>
      </w:pPr>
      <w:r w:rsidRPr="009F5055">
        <w:rPr>
          <w:rFonts w:ascii="TH SarabunPSK" w:hAnsi="TH SarabunPSK" w:cs="TH SarabunPSK"/>
          <w:noProof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..............................................................................................................................................................................................</w:t>
      </w:r>
    </w:p>
    <w:p w14:paraId="1B11CF41" w14:textId="77777777" w:rsidR="00C611A3" w:rsidRPr="009F5055" w:rsidRDefault="00C611A3" w:rsidP="00C611A3">
      <w:pPr>
        <w:spacing w:after="0" w:line="240" w:lineRule="auto"/>
        <w:rPr>
          <w:rFonts w:ascii="TH SarabunPSK" w:hAnsi="TH SarabunPSK" w:cs="TH SarabunPSK"/>
          <w:noProof/>
          <w:szCs w:val="32"/>
          <w:lang w:bidi="th-TH"/>
        </w:rPr>
      </w:pPr>
      <w:r w:rsidRPr="009F5055">
        <w:rPr>
          <w:rFonts w:ascii="TH SarabunPSK" w:hAnsi="TH SarabunPSK" w:cs="TH SarabunPSK"/>
          <w:noProof/>
          <w:szCs w:val="32"/>
          <w:cs/>
          <w:lang w:bidi="th-TH"/>
        </w:rPr>
        <w:tab/>
      </w:r>
      <w:r w:rsidRPr="009F5055">
        <w:rPr>
          <w:rFonts w:ascii="Segoe UI Symbol" w:hAnsi="Segoe UI Symbol" w:cs="Segoe UI Symbol"/>
          <w:noProof/>
          <w:szCs w:val="32"/>
          <w:cs/>
          <w:lang w:bidi="th-TH"/>
        </w:rPr>
        <w:t>☐</w:t>
      </w:r>
      <w:r w:rsidRPr="009F5055">
        <w:rPr>
          <w:rFonts w:ascii="TH SarabunPSK" w:hAnsi="TH SarabunPSK" w:cs="TH SarabunPSK"/>
          <w:noProof/>
          <w:szCs w:val="32"/>
          <w:cs/>
          <w:lang w:bidi="th-TH"/>
        </w:rPr>
        <w:t xml:space="preserve"> 3.ไม่เห็นด้วยกับร่างเทศบัญญัติดังกล่าวทั้งฉบับ เพราะ....................................................................................</w:t>
      </w:r>
    </w:p>
    <w:p w14:paraId="0D944A1A" w14:textId="52FDF585" w:rsidR="004779B4" w:rsidRPr="009F5055" w:rsidRDefault="00C611A3" w:rsidP="00AC1597">
      <w:pPr>
        <w:spacing w:after="0"/>
        <w:rPr>
          <w:rFonts w:ascii="TH SarabunPSK" w:hAnsi="TH SarabunPSK" w:cs="TH SarabunPSK"/>
          <w:b/>
          <w:bCs/>
          <w:noProof/>
          <w:szCs w:val="32"/>
          <w:cs/>
          <w:lang w:bidi="th-TH"/>
        </w:rPr>
      </w:pPr>
      <w:r w:rsidRPr="009F5055">
        <w:rPr>
          <w:rFonts w:ascii="TH SarabunPSK" w:hAnsi="TH SarabunPSK" w:cs="TH SarabunPSK"/>
          <w:noProof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..............................................................................................................................................................................................</w:t>
      </w:r>
    </w:p>
    <w:sectPr w:rsidR="004779B4" w:rsidRPr="009F5055" w:rsidSect="00034616">
      <w:pgSz w:w="11906" w:h="16838"/>
      <w:pgMar w:top="964" w:right="1020" w:bottom="96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624783"/>
    <w:multiLevelType w:val="hybridMultilevel"/>
    <w:tmpl w:val="2E327C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4201AC"/>
    <w:multiLevelType w:val="hybridMultilevel"/>
    <w:tmpl w:val="EC6EF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EF521C"/>
    <w:multiLevelType w:val="hybridMultilevel"/>
    <w:tmpl w:val="6DAE2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090B5F"/>
    <w:multiLevelType w:val="hybridMultilevel"/>
    <w:tmpl w:val="3F2005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F356FC"/>
    <w:multiLevelType w:val="hybridMultilevel"/>
    <w:tmpl w:val="F43A09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2117865">
    <w:abstractNumId w:val="8"/>
  </w:num>
  <w:num w:numId="2" w16cid:durableId="647130846">
    <w:abstractNumId w:val="6"/>
  </w:num>
  <w:num w:numId="3" w16cid:durableId="1771662556">
    <w:abstractNumId w:val="5"/>
  </w:num>
  <w:num w:numId="4" w16cid:durableId="154955813">
    <w:abstractNumId w:val="4"/>
  </w:num>
  <w:num w:numId="5" w16cid:durableId="1670056088">
    <w:abstractNumId w:val="7"/>
  </w:num>
  <w:num w:numId="6" w16cid:durableId="1376849427">
    <w:abstractNumId w:val="3"/>
  </w:num>
  <w:num w:numId="7" w16cid:durableId="1631857932">
    <w:abstractNumId w:val="2"/>
  </w:num>
  <w:num w:numId="8" w16cid:durableId="1214542623">
    <w:abstractNumId w:val="1"/>
  </w:num>
  <w:num w:numId="9" w16cid:durableId="1515148320">
    <w:abstractNumId w:val="0"/>
  </w:num>
  <w:num w:numId="10" w16cid:durableId="352339153">
    <w:abstractNumId w:val="11"/>
  </w:num>
  <w:num w:numId="11" w16cid:durableId="567303951">
    <w:abstractNumId w:val="12"/>
  </w:num>
  <w:num w:numId="12" w16cid:durableId="532499320">
    <w:abstractNumId w:val="10"/>
  </w:num>
  <w:num w:numId="13" w16cid:durableId="801268285">
    <w:abstractNumId w:val="9"/>
  </w:num>
  <w:num w:numId="14" w16cid:durableId="14374822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F5F"/>
    <w:rsid w:val="00005355"/>
    <w:rsid w:val="00034616"/>
    <w:rsid w:val="00051026"/>
    <w:rsid w:val="0006063C"/>
    <w:rsid w:val="00100A08"/>
    <w:rsid w:val="0015074B"/>
    <w:rsid w:val="00186AF7"/>
    <w:rsid w:val="001C69B2"/>
    <w:rsid w:val="0029639D"/>
    <w:rsid w:val="003001CE"/>
    <w:rsid w:val="00326F90"/>
    <w:rsid w:val="00430A1C"/>
    <w:rsid w:val="00436F29"/>
    <w:rsid w:val="004779B4"/>
    <w:rsid w:val="004C7505"/>
    <w:rsid w:val="00683574"/>
    <w:rsid w:val="007040AF"/>
    <w:rsid w:val="0072710C"/>
    <w:rsid w:val="007F09BA"/>
    <w:rsid w:val="00807001"/>
    <w:rsid w:val="00820E6C"/>
    <w:rsid w:val="00915870"/>
    <w:rsid w:val="009F5055"/>
    <w:rsid w:val="00A01B25"/>
    <w:rsid w:val="00AA1D8D"/>
    <w:rsid w:val="00AC1597"/>
    <w:rsid w:val="00AD146D"/>
    <w:rsid w:val="00B2267F"/>
    <w:rsid w:val="00B47730"/>
    <w:rsid w:val="00B55339"/>
    <w:rsid w:val="00C565F8"/>
    <w:rsid w:val="00C611A3"/>
    <w:rsid w:val="00CB0664"/>
    <w:rsid w:val="00CE6FDC"/>
    <w:rsid w:val="00DA04F2"/>
    <w:rsid w:val="00E014E6"/>
    <w:rsid w:val="00E35D06"/>
    <w:rsid w:val="00EA2966"/>
    <w:rsid w:val="00F25E89"/>
    <w:rsid w:val="00F46AE0"/>
    <w:rsid w:val="00FC4A0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5CF368"/>
  <w14:defaultImageDpi w14:val="300"/>
  <w15:docId w15:val="{454FD9B5-EB1D-4D89-9EA3-FF4E26F4B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H Sarabun New" w:eastAsia="TH Sarabun New" w:hAnsi="TH Sarabun New"/>
      <w:sz w:val="32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หัวเรื่อง 1 อักขระ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หัวเรื่อง 2 อักขระ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หัวเรื่อง 3 อักขระ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ชื่อเรื่อง อักขระ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ชื่อเรื่องรอง อักขระ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เนื้อความ อักขระ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เนื้อความ 2 อักขระ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เนื้อความ 3 อักขระ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ข้อความแมโคร อักขระ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คำอ้างอิง อักขระ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หัวเรื่อง 4 อักขระ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หัวเรื่อง 5 อักขระ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หัวเรื่อง 6 อักขระ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หัวเรื่อง 7 อักขระ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หัวเรื่อง 8 อักขระ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หัวเรื่อง 9 อักขระ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ทำให้คำอ้างอิงเป็นสีเข้มขึ้น อักขระ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1215</Words>
  <Characters>6928</Characters>
  <Application>Microsoft Office Word</Application>
  <DocSecurity>0</DocSecurity>
  <Lines>57</Lines>
  <Paragraphs>16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8127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เอก ชัย</cp:lastModifiedBy>
  <cp:revision>12</cp:revision>
  <cp:lastPrinted>2026-10-28T04:17:00Z</cp:lastPrinted>
  <dcterms:created xsi:type="dcterms:W3CDTF">2026-10-26T09:20:00Z</dcterms:created>
  <dcterms:modified xsi:type="dcterms:W3CDTF">2026-10-28T04:37:00Z</dcterms:modified>
  <cp:category/>
</cp:coreProperties>
</file>